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1F2" w:rsidRPr="009F5243" w:rsidRDefault="0060631D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9F5243">
        <w:rPr>
          <w:rFonts w:ascii="Times New Roman" w:hAnsi="Times New Roman" w:cs="Times New Roman"/>
        </w:rPr>
        <w:t>B</w:t>
      </w:r>
      <w:r w:rsidRPr="009F5243">
        <w:rPr>
          <w:rFonts w:ascii="Times New Roman" w:hAnsi="Times New Roman" w:cs="Times New Roman"/>
          <w:sz w:val="24"/>
          <w:szCs w:val="24"/>
        </w:rPr>
        <w:t>IOGRAFI E SHKURT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Pr="009F5243">
        <w:rPr>
          <w:rFonts w:ascii="Times New Roman" w:hAnsi="Times New Roman" w:cs="Times New Roman"/>
          <w:sz w:val="24"/>
          <w:szCs w:val="24"/>
        </w:rPr>
        <w:t>R</w:t>
      </w:r>
    </w:p>
    <w:p w:rsidR="003531F2" w:rsidRPr="009F5243" w:rsidRDefault="0060631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Emri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dhe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Mbiemri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E389B"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89B" w:rsidRPr="009F5243">
        <w:rPr>
          <w:rFonts w:ascii="Times New Roman" w:hAnsi="Times New Roman" w:cs="Times New Roman"/>
          <w:sz w:val="24"/>
          <w:szCs w:val="24"/>
        </w:rPr>
        <w:t>Sajmir</w:t>
      </w:r>
      <w:proofErr w:type="spellEnd"/>
      <w:r w:rsidR="00EE389B"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89B" w:rsidRPr="009F5243">
        <w:rPr>
          <w:rFonts w:ascii="Times New Roman" w:hAnsi="Times New Roman" w:cs="Times New Roman"/>
          <w:sz w:val="24"/>
          <w:szCs w:val="24"/>
        </w:rPr>
        <w:t>Kodra</w:t>
      </w:r>
      <w:proofErr w:type="spellEnd"/>
    </w:p>
    <w:p w:rsidR="003531F2" w:rsidRPr="009F5243" w:rsidRDefault="0060631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Dat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r w:rsidRPr="009F5243">
        <w:rPr>
          <w:rFonts w:ascii="Times New Roman" w:hAnsi="Times New Roman" w:cs="Times New Roman"/>
          <w:b/>
          <w:sz w:val="24"/>
          <w:szCs w:val="24"/>
        </w:rPr>
        <w:t>lindja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E389B" w:rsidRPr="009F5243">
        <w:rPr>
          <w:rFonts w:ascii="Times New Roman" w:hAnsi="Times New Roman" w:cs="Times New Roman"/>
          <w:sz w:val="24"/>
          <w:szCs w:val="24"/>
        </w:rPr>
        <w:t xml:space="preserve"> 21.10.1979</w:t>
      </w:r>
    </w:p>
    <w:p w:rsidR="003531F2" w:rsidRPr="009F5243" w:rsidRDefault="00EE389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Arsimi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F5243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mes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Pr="009F5243">
        <w:rPr>
          <w:rFonts w:ascii="Times New Roman" w:hAnsi="Times New Roman" w:cs="Times New Roman"/>
          <w:sz w:val="24"/>
          <w:szCs w:val="24"/>
        </w:rPr>
        <w:t>m</w:t>
      </w:r>
      <w:proofErr w:type="spellEnd"/>
    </w:p>
    <w:p w:rsidR="003531F2" w:rsidRPr="009F5243" w:rsidRDefault="0060631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Profesioni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EE389B" w:rsidRPr="009F5243">
        <w:rPr>
          <w:rFonts w:ascii="Times New Roman" w:hAnsi="Times New Roman" w:cs="Times New Roman"/>
          <w:sz w:val="24"/>
          <w:szCs w:val="24"/>
        </w:rPr>
        <w:t>M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="00EE389B" w:rsidRPr="009F5243">
        <w:rPr>
          <w:rFonts w:ascii="Times New Roman" w:hAnsi="Times New Roman" w:cs="Times New Roman"/>
          <w:sz w:val="24"/>
          <w:szCs w:val="24"/>
        </w:rPr>
        <w:t>sues</w:t>
      </w:r>
      <w:proofErr w:type="spellEnd"/>
    </w:p>
    <w:p w:rsidR="003531F2" w:rsidRPr="009F5243" w:rsidRDefault="0060631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P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r w:rsidRPr="009F5243">
        <w:rPr>
          <w:rFonts w:ascii="Times New Roman" w:hAnsi="Times New Roman" w:cs="Times New Roman"/>
          <w:b/>
          <w:sz w:val="24"/>
          <w:szCs w:val="24"/>
        </w:rPr>
        <w:t>rvoja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profesionale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E389B" w:rsidRPr="009F5243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="00EE389B" w:rsidRPr="009F5243">
        <w:rPr>
          <w:rFonts w:ascii="Times New Roman" w:hAnsi="Times New Roman" w:cs="Times New Roman"/>
          <w:sz w:val="24"/>
          <w:szCs w:val="24"/>
        </w:rPr>
        <w:t>vite</w:t>
      </w:r>
      <w:proofErr w:type="spellEnd"/>
    </w:p>
    <w:p w:rsidR="003531F2" w:rsidRPr="009F5243" w:rsidRDefault="0060631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Funksioni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EE389B" w:rsidRPr="009F5243">
        <w:rPr>
          <w:rFonts w:ascii="Times New Roman" w:hAnsi="Times New Roman" w:cs="Times New Roman"/>
          <w:sz w:val="24"/>
          <w:szCs w:val="24"/>
        </w:rPr>
        <w:t>K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="00EE389B" w:rsidRPr="009F5243">
        <w:rPr>
          <w:rFonts w:ascii="Times New Roman" w:hAnsi="Times New Roman" w:cs="Times New Roman"/>
          <w:sz w:val="24"/>
          <w:szCs w:val="24"/>
        </w:rPr>
        <w:t>shilltar</w:t>
      </w:r>
      <w:proofErr w:type="spellEnd"/>
      <w:r w:rsidR="00EE389B" w:rsidRPr="009F5243">
        <w:rPr>
          <w:rFonts w:ascii="Times New Roman" w:hAnsi="Times New Roman" w:cs="Times New Roman"/>
          <w:sz w:val="24"/>
          <w:szCs w:val="24"/>
        </w:rPr>
        <w:t xml:space="preserve"> i</w:t>
      </w:r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Kolonj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>.</w:t>
      </w:r>
    </w:p>
    <w:p w:rsidR="003531F2" w:rsidRPr="009F5243" w:rsidRDefault="0060631D">
      <w:pPr>
        <w:rPr>
          <w:rFonts w:ascii="Times New Roman" w:hAnsi="Times New Roman" w:cs="Times New Roman"/>
          <w:sz w:val="24"/>
          <w:szCs w:val="24"/>
        </w:rPr>
      </w:pPr>
      <w:r w:rsidRPr="009F5243">
        <w:rPr>
          <w:rFonts w:ascii="Times New Roman" w:hAnsi="Times New Roman" w:cs="Times New Roman"/>
          <w:b/>
          <w:sz w:val="24"/>
          <w:szCs w:val="24"/>
        </w:rPr>
        <w:t>Biografi:</w:t>
      </w:r>
    </w:p>
    <w:p w:rsidR="00871CFB" w:rsidRPr="009F5243" w:rsidRDefault="0060631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F5243">
        <w:rPr>
          <w:rFonts w:ascii="Times New Roman" w:hAnsi="Times New Roman" w:cs="Times New Roman"/>
          <w:sz w:val="24"/>
          <w:szCs w:val="24"/>
        </w:rPr>
        <w:t>Z.</w:t>
      </w:r>
      <w:r w:rsidR="00EE389B"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89B" w:rsidRPr="009F5243">
        <w:rPr>
          <w:rFonts w:ascii="Times New Roman" w:hAnsi="Times New Roman" w:cs="Times New Roman"/>
          <w:b/>
          <w:sz w:val="24"/>
          <w:szCs w:val="24"/>
        </w:rPr>
        <w:t>Sajmir</w:t>
      </w:r>
      <w:proofErr w:type="spellEnd"/>
      <w:r w:rsidR="00EE389B"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E389B" w:rsidRPr="009F5243">
        <w:rPr>
          <w:rFonts w:ascii="Times New Roman" w:hAnsi="Times New Roman" w:cs="Times New Roman"/>
          <w:b/>
          <w:sz w:val="24"/>
          <w:szCs w:val="24"/>
        </w:rPr>
        <w:t>Kodra</w:t>
      </w:r>
      <w:proofErr w:type="spellEnd"/>
      <w:r w:rsidR="00EE389B"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89B" w:rsidRPr="009F5243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="00EE389B"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89B" w:rsidRPr="009F5243">
        <w:rPr>
          <w:rFonts w:ascii="Times New Roman" w:hAnsi="Times New Roman" w:cs="Times New Roman"/>
          <w:sz w:val="24"/>
          <w:szCs w:val="24"/>
        </w:rPr>
        <w:t>lindur</w:t>
      </w:r>
      <w:proofErr w:type="spellEnd"/>
      <w:r w:rsidR="00EE389B"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89B" w:rsidRPr="009F5243">
        <w:rPr>
          <w:rFonts w:ascii="Times New Roman" w:hAnsi="Times New Roman" w:cs="Times New Roman"/>
          <w:sz w:val="24"/>
          <w:szCs w:val="24"/>
        </w:rPr>
        <w:t>m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E389B" w:rsidRPr="009F5243">
        <w:rPr>
          <w:rFonts w:ascii="Times New Roman" w:hAnsi="Times New Roman" w:cs="Times New Roman"/>
          <w:sz w:val="24"/>
          <w:szCs w:val="24"/>
        </w:rPr>
        <w:t xml:space="preserve"> </w:t>
      </w:r>
      <w:r w:rsidR="00EE389B" w:rsidRPr="009F5243">
        <w:rPr>
          <w:rFonts w:ascii="Times New Roman" w:hAnsi="Times New Roman" w:cs="Times New Roman"/>
          <w:b/>
          <w:sz w:val="24"/>
          <w:szCs w:val="24"/>
        </w:rPr>
        <w:t>21.10.1979</w:t>
      </w:r>
      <w:r w:rsidR="00EE389B"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89B" w:rsidRPr="009F5243">
        <w:rPr>
          <w:rFonts w:ascii="Times New Roman" w:hAnsi="Times New Roman" w:cs="Times New Roman"/>
          <w:sz w:val="24"/>
          <w:szCs w:val="24"/>
        </w:rPr>
        <w:t>n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E389B"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B3AE5" w:rsidRPr="009F5243">
        <w:rPr>
          <w:rFonts w:ascii="Times New Roman" w:hAnsi="Times New Roman" w:cs="Times New Roman"/>
          <w:b/>
          <w:sz w:val="24"/>
          <w:szCs w:val="24"/>
        </w:rPr>
        <w:t>Ereskë</w:t>
      </w:r>
      <w:proofErr w:type="spellEnd"/>
      <w:r w:rsidR="00EE389B" w:rsidRPr="009F524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E389B"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89B" w:rsidRPr="009F5243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="00EE389B"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89B" w:rsidRPr="009F5243">
        <w:rPr>
          <w:rFonts w:ascii="Times New Roman" w:hAnsi="Times New Roman" w:cs="Times New Roman"/>
          <w:sz w:val="24"/>
          <w:szCs w:val="24"/>
        </w:rPr>
        <w:t>p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="00EE389B" w:rsidRPr="009F5243">
        <w:rPr>
          <w:rFonts w:ascii="Times New Roman" w:hAnsi="Times New Roman" w:cs="Times New Roman"/>
          <w:sz w:val="24"/>
          <w:szCs w:val="24"/>
        </w:rPr>
        <w:t>rfunduar</w:t>
      </w:r>
      <w:proofErr w:type="spellEnd"/>
      <w:r w:rsidR="00EE389B"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89B" w:rsidRPr="009F5243">
        <w:rPr>
          <w:rFonts w:ascii="Times New Roman" w:hAnsi="Times New Roman" w:cs="Times New Roman"/>
          <w:sz w:val="24"/>
          <w:szCs w:val="24"/>
        </w:rPr>
        <w:t>studimet</w:t>
      </w:r>
      <w:proofErr w:type="spellEnd"/>
      <w:r w:rsidR="00EE389B"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E389B" w:rsidRPr="009F5243">
        <w:rPr>
          <w:rFonts w:ascii="Times New Roman" w:hAnsi="Times New Roman" w:cs="Times New Roman"/>
          <w:b/>
          <w:sz w:val="24"/>
          <w:szCs w:val="24"/>
        </w:rPr>
        <w:t>n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="00EE389B" w:rsidRPr="009F5243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EE389B" w:rsidRPr="009F5243">
        <w:rPr>
          <w:rFonts w:ascii="Times New Roman" w:hAnsi="Times New Roman" w:cs="Times New Roman"/>
          <w:b/>
          <w:sz w:val="24"/>
          <w:szCs w:val="24"/>
        </w:rPr>
        <w:t>Shkolla</w:t>
      </w:r>
      <w:proofErr w:type="spellEnd"/>
      <w:proofErr w:type="gramEnd"/>
      <w:r w:rsidR="00EE389B" w:rsidRPr="009F5243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="00EE389B" w:rsidRPr="009F5243">
        <w:rPr>
          <w:rFonts w:ascii="Times New Roman" w:hAnsi="Times New Roman" w:cs="Times New Roman"/>
          <w:b/>
          <w:sz w:val="24"/>
          <w:szCs w:val="24"/>
        </w:rPr>
        <w:t>mesme</w:t>
      </w:r>
      <w:proofErr w:type="spellEnd"/>
      <w:r w:rsidR="00EE389B" w:rsidRPr="009F5243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="00EE389B" w:rsidRPr="009F5243">
        <w:rPr>
          <w:rFonts w:ascii="Times New Roman" w:hAnsi="Times New Roman" w:cs="Times New Roman"/>
          <w:b/>
          <w:sz w:val="24"/>
          <w:szCs w:val="24"/>
        </w:rPr>
        <w:t>gjuh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r w:rsidR="00EE389B" w:rsidRPr="009F5243">
        <w:rPr>
          <w:rFonts w:ascii="Times New Roman" w:hAnsi="Times New Roman" w:cs="Times New Roman"/>
          <w:b/>
          <w:sz w:val="24"/>
          <w:szCs w:val="24"/>
        </w:rPr>
        <w:t>ve</w:t>
      </w:r>
      <w:proofErr w:type="spellEnd"/>
      <w:r w:rsidR="00EE389B"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E389B" w:rsidRPr="009F5243">
        <w:rPr>
          <w:rFonts w:ascii="Times New Roman" w:hAnsi="Times New Roman" w:cs="Times New Roman"/>
          <w:b/>
          <w:sz w:val="24"/>
          <w:szCs w:val="24"/>
        </w:rPr>
        <w:t>te</w:t>
      </w:r>
      <w:proofErr w:type="spellEnd"/>
      <w:r w:rsidR="00EE389B"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E389B" w:rsidRPr="009F5243">
        <w:rPr>
          <w:rFonts w:ascii="Times New Roman" w:hAnsi="Times New Roman" w:cs="Times New Roman"/>
          <w:b/>
          <w:sz w:val="24"/>
          <w:szCs w:val="24"/>
        </w:rPr>
        <w:t>huaj</w:t>
      </w:r>
      <w:proofErr w:type="spellEnd"/>
      <w:r w:rsidR="00EE389B" w:rsidRPr="009F5243">
        <w:rPr>
          <w:rFonts w:ascii="Times New Roman" w:hAnsi="Times New Roman" w:cs="Times New Roman"/>
          <w:b/>
          <w:sz w:val="24"/>
          <w:szCs w:val="24"/>
        </w:rPr>
        <w:t xml:space="preserve"> “</w:t>
      </w:r>
      <w:proofErr w:type="spellStart"/>
      <w:r w:rsidR="00EE389B" w:rsidRPr="009F5243">
        <w:rPr>
          <w:rFonts w:ascii="Times New Roman" w:hAnsi="Times New Roman" w:cs="Times New Roman"/>
          <w:b/>
          <w:sz w:val="24"/>
          <w:szCs w:val="24"/>
        </w:rPr>
        <w:t>Faik</w:t>
      </w:r>
      <w:proofErr w:type="spellEnd"/>
      <w:r w:rsidR="00EE389B" w:rsidRPr="009F5243">
        <w:rPr>
          <w:rFonts w:ascii="Times New Roman" w:hAnsi="Times New Roman" w:cs="Times New Roman"/>
          <w:b/>
          <w:sz w:val="24"/>
          <w:szCs w:val="24"/>
        </w:rPr>
        <w:t xml:space="preserve"> Konica”,</w:t>
      </w:r>
      <w:proofErr w:type="spellStart"/>
      <w:r w:rsidR="00EE389B" w:rsidRPr="009F5243">
        <w:rPr>
          <w:rFonts w:ascii="Times New Roman" w:hAnsi="Times New Roman" w:cs="Times New Roman"/>
          <w:b/>
          <w:sz w:val="24"/>
          <w:szCs w:val="24"/>
        </w:rPr>
        <w:t>Korç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="00EE389B" w:rsidRPr="009F5243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ushtron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profes</w:t>
      </w:r>
      <w:r w:rsidR="00EE389B" w:rsidRPr="009F5243">
        <w:rPr>
          <w:rFonts w:ascii="Times New Roman" w:hAnsi="Times New Roman" w:cs="Times New Roman"/>
          <w:sz w:val="24"/>
          <w:szCs w:val="24"/>
        </w:rPr>
        <w:t>ionin</w:t>
      </w:r>
      <w:proofErr w:type="spellEnd"/>
      <w:r w:rsidR="00EE389B" w:rsidRPr="009F5243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E389B" w:rsidRPr="009F5243">
        <w:rPr>
          <w:rFonts w:ascii="Times New Roman" w:hAnsi="Times New Roman" w:cs="Times New Roman"/>
          <w:sz w:val="24"/>
          <w:szCs w:val="24"/>
        </w:rPr>
        <w:t>m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="00EE389B" w:rsidRPr="009F5243">
        <w:rPr>
          <w:rFonts w:ascii="Times New Roman" w:hAnsi="Times New Roman" w:cs="Times New Roman"/>
          <w:sz w:val="24"/>
          <w:szCs w:val="24"/>
        </w:rPr>
        <w:t>suesis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9F5243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nj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p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Pr="009F5243">
        <w:rPr>
          <w:rFonts w:ascii="Times New Roman" w:hAnsi="Times New Roman" w:cs="Times New Roman"/>
          <w:sz w:val="24"/>
          <w:szCs w:val="24"/>
        </w:rPr>
        <w:t>rvoj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n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f</w:t>
      </w:r>
      <w:r w:rsidR="00EE389B" w:rsidRPr="009F5243">
        <w:rPr>
          <w:rFonts w:ascii="Times New Roman" w:hAnsi="Times New Roman" w:cs="Times New Roman"/>
          <w:sz w:val="24"/>
          <w:szCs w:val="24"/>
        </w:rPr>
        <w:t>ush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="00EE389B" w:rsidRPr="009F5243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EE389B" w:rsidRPr="009F5243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E389B" w:rsidRPr="009F5243">
        <w:rPr>
          <w:rFonts w:ascii="Times New Roman" w:hAnsi="Times New Roman" w:cs="Times New Roman"/>
          <w:b/>
          <w:sz w:val="24"/>
          <w:szCs w:val="24"/>
        </w:rPr>
        <w:t>m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r w:rsidR="00EE389B" w:rsidRPr="009F5243">
        <w:rPr>
          <w:rFonts w:ascii="Times New Roman" w:hAnsi="Times New Roman" w:cs="Times New Roman"/>
          <w:b/>
          <w:sz w:val="24"/>
          <w:szCs w:val="24"/>
        </w:rPr>
        <w:t>suesis</w:t>
      </w:r>
      <w:proofErr w:type="spellEnd"/>
      <w:r w:rsidR="00EE389B" w:rsidRPr="009F524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E389B"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E389B" w:rsidRPr="009F5243">
        <w:rPr>
          <w:rFonts w:ascii="Times New Roman" w:hAnsi="Times New Roman" w:cs="Times New Roman"/>
          <w:sz w:val="24"/>
          <w:szCs w:val="24"/>
        </w:rPr>
        <w:t>Aktualisht</w:t>
      </w:r>
      <w:proofErr w:type="spellEnd"/>
      <w:r w:rsidR="00EE389B"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="00EE389B" w:rsidRPr="009F5243">
        <w:rPr>
          <w:rFonts w:ascii="Times New Roman" w:hAnsi="Times New Roman" w:cs="Times New Roman"/>
          <w:sz w:val="24"/>
          <w:szCs w:val="24"/>
        </w:rPr>
        <w:t>sht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E389B"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89B" w:rsidRPr="009F5243">
        <w:rPr>
          <w:rFonts w:ascii="Times New Roman" w:hAnsi="Times New Roman" w:cs="Times New Roman"/>
          <w:b/>
          <w:sz w:val="24"/>
          <w:szCs w:val="24"/>
        </w:rPr>
        <w:t>an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r w:rsidR="00EE389B" w:rsidRPr="009F5243">
        <w:rPr>
          <w:rFonts w:ascii="Times New Roman" w:hAnsi="Times New Roman" w:cs="Times New Roman"/>
          <w:b/>
          <w:sz w:val="24"/>
          <w:szCs w:val="24"/>
        </w:rPr>
        <w:t>tar</w:t>
      </w:r>
      <w:proofErr w:type="spellEnd"/>
      <w:r w:rsidR="00EE389B" w:rsidRPr="009F5243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K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r w:rsidRPr="009F5243">
        <w:rPr>
          <w:rFonts w:ascii="Times New Roman" w:hAnsi="Times New Roman" w:cs="Times New Roman"/>
          <w:b/>
          <w:sz w:val="24"/>
          <w:szCs w:val="24"/>
        </w:rPr>
        <w:t>shillit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Bashkiak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Kolonj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angazhohet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n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p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Pr="009F5243">
        <w:rPr>
          <w:rFonts w:ascii="Times New Roman" w:hAnsi="Times New Roman" w:cs="Times New Roman"/>
          <w:sz w:val="24"/>
          <w:szCs w:val="24"/>
        </w:rPr>
        <w:t>rfaq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Pr="009F5243">
        <w:rPr>
          <w:rFonts w:ascii="Times New Roman" w:hAnsi="Times New Roman" w:cs="Times New Roman"/>
          <w:sz w:val="24"/>
          <w:szCs w:val="24"/>
        </w:rPr>
        <w:t>simin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interesave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t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komunitetit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n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procesin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vendimmarrjes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71CFB" w:rsidRPr="009F5243" w:rsidRDefault="00871CFB" w:rsidP="00871CFB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9F5243">
        <w:rPr>
          <w:rFonts w:ascii="Times New Roman" w:hAnsi="Times New Roman" w:cs="Times New Roman"/>
          <w:sz w:val="24"/>
          <w:szCs w:val="24"/>
        </w:rPr>
        <w:t>BIOGRAFI E SHKURT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Pr="009F5243">
        <w:rPr>
          <w:rFonts w:ascii="Times New Roman" w:hAnsi="Times New Roman" w:cs="Times New Roman"/>
          <w:sz w:val="24"/>
          <w:szCs w:val="24"/>
        </w:rPr>
        <w:t>R</w:t>
      </w:r>
    </w:p>
    <w:p w:rsidR="00871CFB" w:rsidRPr="009F5243" w:rsidRDefault="00871CFB" w:rsidP="00871CF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Emri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dhe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Mbiemri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>:</w:t>
      </w:r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Bylyre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Jashari</w:t>
      </w:r>
      <w:proofErr w:type="spellEnd"/>
    </w:p>
    <w:p w:rsidR="00871CFB" w:rsidRPr="009F5243" w:rsidRDefault="00871CFB" w:rsidP="00871CF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Dat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r w:rsidRPr="009F5243">
        <w:rPr>
          <w:rFonts w:ascii="Times New Roman" w:hAnsi="Times New Roman" w:cs="Times New Roman"/>
          <w:b/>
          <w:sz w:val="24"/>
          <w:szCs w:val="24"/>
        </w:rPr>
        <w:t>lindja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F5243">
        <w:rPr>
          <w:rFonts w:ascii="Times New Roman" w:hAnsi="Times New Roman" w:cs="Times New Roman"/>
          <w:sz w:val="24"/>
          <w:szCs w:val="24"/>
        </w:rPr>
        <w:t>08.05.1955</w:t>
      </w:r>
    </w:p>
    <w:p w:rsidR="00871CFB" w:rsidRPr="009F5243" w:rsidRDefault="00871CFB" w:rsidP="00871CF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Arsimi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F5243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mes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Pr="009F5243">
        <w:rPr>
          <w:rFonts w:ascii="Times New Roman" w:hAnsi="Times New Roman" w:cs="Times New Roman"/>
          <w:sz w:val="24"/>
          <w:szCs w:val="24"/>
        </w:rPr>
        <w:t>m</w:t>
      </w:r>
      <w:proofErr w:type="spellEnd"/>
    </w:p>
    <w:p w:rsidR="00871CFB" w:rsidRPr="009F5243" w:rsidRDefault="00871CFB" w:rsidP="00871CF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Profesioni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M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Pr="009F5243">
        <w:rPr>
          <w:rFonts w:ascii="Times New Roman" w:hAnsi="Times New Roman" w:cs="Times New Roman"/>
          <w:sz w:val="24"/>
          <w:szCs w:val="24"/>
        </w:rPr>
        <w:t>suese</w:t>
      </w:r>
      <w:proofErr w:type="spellEnd"/>
    </w:p>
    <w:p w:rsidR="00871CFB" w:rsidRPr="009F5243" w:rsidRDefault="00871CFB" w:rsidP="00871CF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P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r w:rsidRPr="009F5243">
        <w:rPr>
          <w:rFonts w:ascii="Times New Roman" w:hAnsi="Times New Roman" w:cs="Times New Roman"/>
          <w:b/>
          <w:sz w:val="24"/>
          <w:szCs w:val="24"/>
        </w:rPr>
        <w:t>rvoja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profesionale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0631D" w:rsidRPr="009F5243">
        <w:rPr>
          <w:rFonts w:ascii="Times New Roman" w:hAnsi="Times New Roman" w:cs="Times New Roman"/>
          <w:sz w:val="24"/>
          <w:szCs w:val="24"/>
        </w:rPr>
        <w:t xml:space="preserve"> 35</w:t>
      </w:r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vite</w:t>
      </w:r>
      <w:proofErr w:type="spellEnd"/>
    </w:p>
    <w:p w:rsidR="00871CFB" w:rsidRPr="009F5243" w:rsidRDefault="00871CFB" w:rsidP="00871CF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Funksioni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K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Pr="009F5243">
        <w:rPr>
          <w:rFonts w:ascii="Times New Roman" w:hAnsi="Times New Roman" w:cs="Times New Roman"/>
          <w:sz w:val="24"/>
          <w:szCs w:val="24"/>
        </w:rPr>
        <w:t>shilltare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K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Pr="009F5243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Kolonj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>.</w:t>
      </w:r>
    </w:p>
    <w:p w:rsidR="00871CFB" w:rsidRPr="009F5243" w:rsidRDefault="00871CFB" w:rsidP="00871CF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Biografi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>:</w:t>
      </w:r>
    </w:p>
    <w:p w:rsidR="00871CFB" w:rsidRPr="009F5243" w:rsidRDefault="00871CFB" w:rsidP="00871CFB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F5243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Bylyre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Jashari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lindur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m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r w:rsidRPr="009F5243">
        <w:rPr>
          <w:rFonts w:ascii="Times New Roman" w:hAnsi="Times New Roman" w:cs="Times New Roman"/>
          <w:b/>
          <w:sz w:val="24"/>
          <w:szCs w:val="24"/>
        </w:rPr>
        <w:t xml:space="preserve">08.05.1955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n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B3AE5" w:rsidRPr="009F5243">
        <w:rPr>
          <w:rFonts w:ascii="Times New Roman" w:hAnsi="Times New Roman" w:cs="Times New Roman"/>
          <w:b/>
          <w:bCs/>
        </w:rPr>
        <w:t>Ereskë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p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Pr="009F5243">
        <w:rPr>
          <w:rFonts w:ascii="Times New Roman" w:hAnsi="Times New Roman" w:cs="Times New Roman"/>
          <w:sz w:val="24"/>
          <w:szCs w:val="24"/>
        </w:rPr>
        <w:t>rfunduar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studimet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n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shkollen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Profesionale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t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Muzik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r w:rsidRPr="009F5243"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Kor</w:t>
      </w:r>
      <w:r w:rsidRPr="009F5243">
        <w:rPr>
          <w:rFonts w:ascii="Times New Roman" w:hAnsi="Times New Roman" w:cs="Times New Roman"/>
          <w:b/>
          <w:sz w:val="24"/>
          <w:szCs w:val="24"/>
          <w:lang w:eastAsia="ja-JP"/>
        </w:rPr>
        <w:t>ç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ushtron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F5243">
        <w:rPr>
          <w:rFonts w:ascii="Times New Roman" w:hAnsi="Times New Roman" w:cs="Times New Roman"/>
          <w:sz w:val="24"/>
          <w:szCs w:val="24"/>
        </w:rPr>
        <w:t>profesionin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n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proofErr w:type="gram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fush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r w:rsidRPr="009F5243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m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r w:rsidRPr="009F5243">
        <w:rPr>
          <w:rFonts w:ascii="Times New Roman" w:hAnsi="Times New Roman" w:cs="Times New Roman"/>
          <w:b/>
          <w:sz w:val="24"/>
          <w:szCs w:val="24"/>
        </w:rPr>
        <w:t>suesis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nj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p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Pr="009F5243">
        <w:rPr>
          <w:rFonts w:ascii="Times New Roman" w:hAnsi="Times New Roman" w:cs="Times New Roman"/>
          <w:sz w:val="24"/>
          <w:szCs w:val="24"/>
        </w:rPr>
        <w:t>rvoj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n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fush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Pr="009F5243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r w:rsidRPr="009F5243">
        <w:rPr>
          <w:rFonts w:ascii="Times New Roman" w:hAnsi="Times New Roman" w:cs="Times New Roman"/>
          <w:b/>
          <w:sz w:val="24"/>
          <w:szCs w:val="24"/>
        </w:rPr>
        <w:t xml:space="preserve">e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muzik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r w:rsidRPr="009F5243"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dhe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m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r w:rsidRPr="009F5243">
        <w:rPr>
          <w:rFonts w:ascii="Times New Roman" w:hAnsi="Times New Roman" w:cs="Times New Roman"/>
          <w:b/>
          <w:sz w:val="24"/>
          <w:szCs w:val="24"/>
        </w:rPr>
        <w:t>suesis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9F5243">
        <w:rPr>
          <w:rFonts w:ascii="Times New Roman" w:hAnsi="Times New Roman" w:cs="Times New Roman"/>
          <w:sz w:val="24"/>
          <w:szCs w:val="24"/>
        </w:rPr>
        <w:t>Aktualisht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Pr="009F5243">
        <w:rPr>
          <w:rFonts w:ascii="Times New Roman" w:hAnsi="Times New Roman" w:cs="Times New Roman"/>
          <w:sz w:val="24"/>
          <w:szCs w:val="24"/>
        </w:rPr>
        <w:t>sht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an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Pr="009F5243">
        <w:rPr>
          <w:rFonts w:ascii="Times New Roman" w:hAnsi="Times New Roman" w:cs="Times New Roman"/>
          <w:sz w:val="24"/>
          <w:szCs w:val="24"/>
        </w:rPr>
        <w:t>tare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r w:rsidRPr="009F5243">
        <w:rPr>
          <w:rFonts w:ascii="Times New Roman" w:hAnsi="Times New Roman" w:cs="Times New Roman"/>
          <w:b/>
          <w:sz w:val="24"/>
          <w:szCs w:val="24"/>
        </w:rPr>
        <w:t xml:space="preserve">e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K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r w:rsidRPr="009F5243">
        <w:rPr>
          <w:rFonts w:ascii="Times New Roman" w:hAnsi="Times New Roman" w:cs="Times New Roman"/>
          <w:b/>
          <w:sz w:val="24"/>
          <w:szCs w:val="24"/>
        </w:rPr>
        <w:t>shillit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Bashkiak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  <w:sz w:val="24"/>
          <w:szCs w:val="24"/>
        </w:rPr>
        <w:t>Kolonj</w:t>
      </w:r>
      <w:r w:rsidR="007544BA" w:rsidRPr="009F5243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b/>
          <w:sz w:val="24"/>
          <w:szCs w:val="24"/>
        </w:rPr>
        <w:t>,</w:t>
      </w:r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angazhohet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n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p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Pr="009F5243">
        <w:rPr>
          <w:rFonts w:ascii="Times New Roman" w:hAnsi="Times New Roman" w:cs="Times New Roman"/>
          <w:sz w:val="24"/>
          <w:szCs w:val="24"/>
        </w:rPr>
        <w:t>rfaq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r w:rsidRPr="009F5243">
        <w:rPr>
          <w:rFonts w:ascii="Times New Roman" w:hAnsi="Times New Roman" w:cs="Times New Roman"/>
          <w:sz w:val="24"/>
          <w:szCs w:val="24"/>
        </w:rPr>
        <w:t>simin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interesave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t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komunitetit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n</w:t>
      </w:r>
      <w:r w:rsidR="007544BA" w:rsidRPr="009F524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procesin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vendimmarrjes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243"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 w:rsidRPr="009F524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71CFB" w:rsidRPr="009F5243" w:rsidRDefault="00871CFB" w:rsidP="00871CFB">
      <w:pPr>
        <w:rPr>
          <w:rFonts w:ascii="Times New Roman" w:hAnsi="Times New Roman" w:cs="Times New Roman"/>
          <w:sz w:val="24"/>
          <w:szCs w:val="24"/>
        </w:rPr>
      </w:pPr>
    </w:p>
    <w:p w:rsidR="007544BA" w:rsidRPr="009F5243" w:rsidRDefault="007544BA" w:rsidP="007544BA">
      <w:pPr>
        <w:pStyle w:val="Heading1"/>
        <w:rPr>
          <w:rFonts w:ascii="Times New Roman" w:hAnsi="Times New Roman" w:cs="Times New Roman"/>
        </w:rPr>
      </w:pPr>
      <w:r w:rsidRPr="009F5243">
        <w:rPr>
          <w:rFonts w:ascii="Times New Roman" w:hAnsi="Times New Roman" w:cs="Times New Roman"/>
        </w:rPr>
        <w:lastRenderedPageBreak/>
        <w:t>BIOGRAFI E SHKURTËR</w:t>
      </w:r>
    </w:p>
    <w:p w:rsidR="007544BA" w:rsidRPr="009F5243" w:rsidRDefault="007544BA" w:rsidP="007544BA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Emri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dhe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Mbiemri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Igli</w:t>
      </w:r>
      <w:proofErr w:type="spellEnd"/>
      <w:r w:rsidRPr="009F5243">
        <w:rPr>
          <w:rFonts w:ascii="Times New Roman" w:hAnsi="Times New Roman" w:cs="Times New Roman"/>
        </w:rPr>
        <w:t xml:space="preserve"> Hodo</w:t>
      </w:r>
    </w:p>
    <w:p w:rsidR="007544BA" w:rsidRPr="009F5243" w:rsidRDefault="007544BA" w:rsidP="007544BA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Datëlindja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r w:rsidR="005539FD" w:rsidRPr="009F5243">
        <w:rPr>
          <w:rFonts w:ascii="Times New Roman" w:hAnsi="Times New Roman" w:cs="Times New Roman"/>
        </w:rPr>
        <w:t>14.03.1985</w:t>
      </w:r>
    </w:p>
    <w:p w:rsidR="007544BA" w:rsidRPr="009F5243" w:rsidRDefault="007544BA" w:rsidP="007544BA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Arsimi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r w:rsidR="005539FD" w:rsidRPr="009F5243">
        <w:rPr>
          <w:rFonts w:ascii="Times New Roman" w:hAnsi="Times New Roman" w:cs="Times New Roman"/>
        </w:rPr>
        <w:t xml:space="preserve">I </w:t>
      </w:r>
      <w:proofErr w:type="spellStart"/>
      <w:r w:rsidR="005539FD" w:rsidRPr="009F5243">
        <w:rPr>
          <w:rFonts w:ascii="Times New Roman" w:hAnsi="Times New Roman" w:cs="Times New Roman"/>
        </w:rPr>
        <w:t>Lart</w:t>
      </w:r>
      <w:r w:rsidR="008B3AE5" w:rsidRPr="009F5243">
        <w:rPr>
          <w:rFonts w:ascii="Times New Roman" w:hAnsi="Times New Roman" w:cs="Times New Roman"/>
        </w:rPr>
        <w:t>ë</w:t>
      </w:r>
      <w:proofErr w:type="spellEnd"/>
    </w:p>
    <w:p w:rsidR="007544BA" w:rsidRPr="009F5243" w:rsidRDefault="007544BA" w:rsidP="007544BA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Profesioni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proofErr w:type="spellStart"/>
      <w:r w:rsidR="005539FD" w:rsidRPr="009F5243">
        <w:rPr>
          <w:rFonts w:ascii="Times New Roman" w:hAnsi="Times New Roman" w:cs="Times New Roman"/>
        </w:rPr>
        <w:t>Infermier</w:t>
      </w:r>
      <w:proofErr w:type="spellEnd"/>
    </w:p>
    <w:p w:rsidR="007544BA" w:rsidRPr="009F5243" w:rsidRDefault="007544BA" w:rsidP="007544BA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Përvoja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profesionale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r w:rsidR="0060631D" w:rsidRPr="009F5243">
        <w:rPr>
          <w:rFonts w:ascii="Times New Roman" w:hAnsi="Times New Roman" w:cs="Times New Roman"/>
        </w:rPr>
        <w:t xml:space="preserve"> 18 </w:t>
      </w:r>
      <w:proofErr w:type="spellStart"/>
      <w:r w:rsidR="0060631D" w:rsidRPr="009F5243">
        <w:rPr>
          <w:rFonts w:ascii="Times New Roman" w:hAnsi="Times New Roman" w:cs="Times New Roman"/>
        </w:rPr>
        <w:t>vite</w:t>
      </w:r>
      <w:proofErr w:type="spellEnd"/>
      <w:r w:rsidR="0060631D" w:rsidRPr="009F5243">
        <w:rPr>
          <w:rFonts w:ascii="Times New Roman" w:hAnsi="Times New Roman" w:cs="Times New Roman"/>
        </w:rPr>
        <w:t xml:space="preserve"> </w:t>
      </w:r>
    </w:p>
    <w:p w:rsidR="007544BA" w:rsidRPr="009F5243" w:rsidRDefault="007544BA" w:rsidP="007544BA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Funksioni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proofErr w:type="spellStart"/>
      <w:r w:rsidRPr="009F5243">
        <w:rPr>
          <w:rFonts w:ascii="Times New Roman" w:hAnsi="Times New Roman" w:cs="Times New Roman"/>
        </w:rPr>
        <w:t>Kë</w:t>
      </w:r>
      <w:r w:rsidR="005539FD" w:rsidRPr="009F5243">
        <w:rPr>
          <w:rFonts w:ascii="Times New Roman" w:hAnsi="Times New Roman" w:cs="Times New Roman"/>
        </w:rPr>
        <w:t>shilltar</w:t>
      </w:r>
      <w:proofErr w:type="spellEnd"/>
      <w:r w:rsidR="0060631D" w:rsidRPr="009F5243">
        <w:rPr>
          <w:rFonts w:ascii="Times New Roman" w:hAnsi="Times New Roman" w:cs="Times New Roman"/>
        </w:rPr>
        <w:t xml:space="preserve"> i</w:t>
      </w:r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Këshillit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Bashkiak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Kolonjë</w:t>
      </w:r>
      <w:proofErr w:type="spellEnd"/>
      <w:r w:rsidRPr="009F5243">
        <w:rPr>
          <w:rFonts w:ascii="Times New Roman" w:hAnsi="Times New Roman" w:cs="Times New Roman"/>
        </w:rPr>
        <w:t>.</w:t>
      </w:r>
    </w:p>
    <w:p w:rsidR="007544BA" w:rsidRPr="009F5243" w:rsidRDefault="007544BA" w:rsidP="007544BA">
      <w:pPr>
        <w:rPr>
          <w:rFonts w:ascii="Times New Roman" w:hAnsi="Times New Roman" w:cs="Times New Roman"/>
        </w:rPr>
      </w:pPr>
    </w:p>
    <w:p w:rsidR="007544BA" w:rsidRPr="009F5243" w:rsidRDefault="007544BA" w:rsidP="007544BA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Biografi</w:t>
      </w:r>
      <w:proofErr w:type="spellEnd"/>
      <w:r w:rsidRPr="009F5243">
        <w:rPr>
          <w:rFonts w:ascii="Times New Roman" w:hAnsi="Times New Roman" w:cs="Times New Roman"/>
          <w:b/>
        </w:rPr>
        <w:t>:</w:t>
      </w:r>
    </w:p>
    <w:p w:rsidR="007544BA" w:rsidRPr="009F5243" w:rsidRDefault="0060631D" w:rsidP="007544BA">
      <w:pPr>
        <w:rPr>
          <w:rFonts w:ascii="Times New Roman" w:hAnsi="Times New Roman" w:cs="Times New Roman"/>
        </w:rPr>
      </w:pPr>
      <w:r w:rsidRPr="009F5243">
        <w:rPr>
          <w:rFonts w:ascii="Times New Roman" w:hAnsi="Times New Roman" w:cs="Times New Roman"/>
        </w:rPr>
        <w:t>Z</w:t>
      </w:r>
      <w:r w:rsidR="007544BA" w:rsidRPr="009F5243">
        <w:rPr>
          <w:rFonts w:ascii="Times New Roman" w:hAnsi="Times New Roman" w:cs="Times New Roman"/>
        </w:rPr>
        <w:t xml:space="preserve">. </w:t>
      </w:r>
      <w:proofErr w:type="spellStart"/>
      <w:r w:rsidRPr="009F5243">
        <w:rPr>
          <w:rFonts w:ascii="Times New Roman" w:hAnsi="Times New Roman" w:cs="Times New Roman"/>
        </w:rPr>
        <w:t>Igli</w:t>
      </w:r>
      <w:proofErr w:type="spellEnd"/>
      <w:r w:rsidRPr="009F5243">
        <w:rPr>
          <w:rFonts w:ascii="Times New Roman" w:hAnsi="Times New Roman" w:cs="Times New Roman"/>
        </w:rPr>
        <w:t xml:space="preserve"> Hodo</w:t>
      </w:r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ka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lindur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më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gramStart"/>
      <w:r w:rsidRPr="009F5243">
        <w:rPr>
          <w:rFonts w:ascii="Times New Roman" w:hAnsi="Times New Roman" w:cs="Times New Roman"/>
        </w:rPr>
        <w:t>14.03.1985</w:t>
      </w:r>
      <w:r w:rsidR="007544BA" w:rsidRPr="009F5243">
        <w:rPr>
          <w:rFonts w:ascii="Times New Roman" w:hAnsi="Times New Roman" w:cs="Times New Roman"/>
        </w:rPr>
        <w:t xml:space="preserve">  </w:t>
      </w:r>
      <w:proofErr w:type="spellStart"/>
      <w:r w:rsidR="007544BA" w:rsidRPr="009F5243">
        <w:rPr>
          <w:rFonts w:ascii="Times New Roman" w:hAnsi="Times New Roman" w:cs="Times New Roman"/>
        </w:rPr>
        <w:t>në</w:t>
      </w:r>
      <w:proofErr w:type="spellEnd"/>
      <w:proofErr w:type="gramEnd"/>
      <w:r w:rsidR="00CB7F4A" w:rsidRPr="009F52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B3AE5" w:rsidRPr="009F5243">
        <w:rPr>
          <w:rFonts w:ascii="Times New Roman" w:hAnsi="Times New Roman" w:cs="Times New Roman"/>
          <w:b/>
          <w:sz w:val="24"/>
          <w:szCs w:val="24"/>
        </w:rPr>
        <w:t>Ereskë</w:t>
      </w:r>
      <w:proofErr w:type="spellEnd"/>
      <w:r w:rsidR="008B3AE5" w:rsidRPr="009F5243">
        <w:rPr>
          <w:rFonts w:ascii="Times New Roman" w:hAnsi="Times New Roman" w:cs="Times New Roman"/>
          <w:b/>
          <w:sz w:val="24"/>
          <w:szCs w:val="24"/>
        </w:rPr>
        <w:t>.</w:t>
      </w:r>
      <w:r w:rsidR="00CB7F4A" w:rsidRPr="009F524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7544BA" w:rsidRPr="009F5243">
        <w:rPr>
          <w:rFonts w:ascii="Times New Roman" w:hAnsi="Times New Roman" w:cs="Times New Roman"/>
        </w:rPr>
        <w:t>Ka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përfunduar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studimet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në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CB7F4A" w:rsidRPr="009F5243">
        <w:rPr>
          <w:rFonts w:ascii="Times New Roman" w:hAnsi="Times New Roman" w:cs="Times New Roman"/>
          <w:b/>
        </w:rPr>
        <w:t>Shkollën</w:t>
      </w:r>
      <w:proofErr w:type="spellEnd"/>
      <w:r w:rsidR="00CB7F4A" w:rsidRPr="009F5243">
        <w:rPr>
          <w:rFonts w:ascii="Times New Roman" w:hAnsi="Times New Roman" w:cs="Times New Roman"/>
          <w:b/>
        </w:rPr>
        <w:t xml:space="preserve"> e </w:t>
      </w:r>
      <w:proofErr w:type="spellStart"/>
      <w:r w:rsidR="00CB7F4A" w:rsidRPr="009F5243">
        <w:rPr>
          <w:rFonts w:ascii="Times New Roman" w:hAnsi="Times New Roman" w:cs="Times New Roman"/>
          <w:b/>
        </w:rPr>
        <w:t>mesme</w:t>
      </w:r>
      <w:proofErr w:type="spellEnd"/>
      <w:r w:rsidR="00CB7F4A"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="00CB7F4A" w:rsidRPr="009F5243">
        <w:rPr>
          <w:rFonts w:ascii="Times New Roman" w:hAnsi="Times New Roman" w:cs="Times New Roman"/>
          <w:b/>
        </w:rPr>
        <w:t>të</w:t>
      </w:r>
      <w:proofErr w:type="spellEnd"/>
      <w:r w:rsidR="00CB7F4A"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="00CB7F4A" w:rsidRPr="009F5243">
        <w:rPr>
          <w:rFonts w:ascii="Times New Roman" w:hAnsi="Times New Roman" w:cs="Times New Roman"/>
          <w:b/>
        </w:rPr>
        <w:t>gjuh</w:t>
      </w:r>
      <w:r w:rsidR="00756BB9" w:rsidRPr="009F5243">
        <w:rPr>
          <w:rFonts w:ascii="Times New Roman" w:hAnsi="Times New Roman" w:cs="Times New Roman"/>
          <w:b/>
        </w:rPr>
        <w:t>ë</w:t>
      </w:r>
      <w:r w:rsidR="00CB7F4A" w:rsidRPr="009F5243">
        <w:rPr>
          <w:rFonts w:ascii="Times New Roman" w:hAnsi="Times New Roman" w:cs="Times New Roman"/>
          <w:b/>
        </w:rPr>
        <w:t>v</w:t>
      </w:r>
      <w:r w:rsidR="00756BB9" w:rsidRPr="009F5243">
        <w:rPr>
          <w:rFonts w:ascii="Times New Roman" w:hAnsi="Times New Roman" w:cs="Times New Roman"/>
          <w:b/>
        </w:rPr>
        <w:t>ë</w:t>
      </w:r>
      <w:proofErr w:type="spellEnd"/>
      <w:r w:rsidR="00CB7F4A"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="00CB7F4A" w:rsidRPr="009F5243">
        <w:rPr>
          <w:rFonts w:ascii="Times New Roman" w:hAnsi="Times New Roman" w:cs="Times New Roman"/>
          <w:b/>
        </w:rPr>
        <w:t>t</w:t>
      </w:r>
      <w:r w:rsidR="00756BB9" w:rsidRPr="009F5243">
        <w:rPr>
          <w:rFonts w:ascii="Times New Roman" w:hAnsi="Times New Roman" w:cs="Times New Roman"/>
          <w:b/>
        </w:rPr>
        <w:t>ë</w:t>
      </w:r>
      <w:proofErr w:type="spellEnd"/>
      <w:r w:rsidR="00CB7F4A"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="00CB7F4A" w:rsidRPr="009F5243">
        <w:rPr>
          <w:rFonts w:ascii="Times New Roman" w:hAnsi="Times New Roman" w:cs="Times New Roman"/>
          <w:b/>
        </w:rPr>
        <w:t>huaja</w:t>
      </w:r>
      <w:proofErr w:type="spellEnd"/>
      <w:r w:rsidR="00CB7F4A"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="00CB7F4A" w:rsidRPr="009F5243">
        <w:rPr>
          <w:rFonts w:ascii="Times New Roman" w:hAnsi="Times New Roman" w:cs="Times New Roman"/>
          <w:b/>
        </w:rPr>
        <w:t>Faik</w:t>
      </w:r>
      <w:proofErr w:type="spellEnd"/>
      <w:r w:rsidR="00CB7F4A" w:rsidRPr="009F5243">
        <w:rPr>
          <w:rFonts w:ascii="Times New Roman" w:hAnsi="Times New Roman" w:cs="Times New Roman"/>
          <w:b/>
        </w:rPr>
        <w:t xml:space="preserve"> Konica </w:t>
      </w:r>
      <w:proofErr w:type="spellStart"/>
      <w:r w:rsidR="00CB7F4A" w:rsidRPr="009F5243">
        <w:rPr>
          <w:rFonts w:ascii="Times New Roman" w:hAnsi="Times New Roman" w:cs="Times New Roman"/>
          <w:b/>
        </w:rPr>
        <w:t>dhe</w:t>
      </w:r>
      <w:proofErr w:type="spellEnd"/>
      <w:r w:rsidR="00CB7F4A"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="00CB7F4A" w:rsidRPr="009F5243">
        <w:rPr>
          <w:rFonts w:ascii="Times New Roman" w:hAnsi="Times New Roman" w:cs="Times New Roman"/>
          <w:b/>
        </w:rPr>
        <w:t>shollën</w:t>
      </w:r>
      <w:proofErr w:type="spellEnd"/>
      <w:r w:rsidR="00CB7F4A" w:rsidRPr="009F5243">
        <w:rPr>
          <w:rFonts w:ascii="Times New Roman" w:hAnsi="Times New Roman" w:cs="Times New Roman"/>
          <w:b/>
        </w:rPr>
        <w:t xml:space="preserve"> e </w:t>
      </w:r>
      <w:proofErr w:type="spellStart"/>
      <w:r w:rsidR="00CB7F4A" w:rsidRPr="009F5243">
        <w:rPr>
          <w:rFonts w:ascii="Times New Roman" w:hAnsi="Times New Roman" w:cs="Times New Roman"/>
          <w:b/>
        </w:rPr>
        <w:t>latr</w:t>
      </w:r>
      <w:r w:rsidR="00756BB9" w:rsidRPr="009F5243">
        <w:rPr>
          <w:rFonts w:ascii="Times New Roman" w:hAnsi="Times New Roman" w:cs="Times New Roman"/>
          <w:b/>
        </w:rPr>
        <w:t>ë</w:t>
      </w:r>
      <w:proofErr w:type="spellEnd"/>
      <w:r w:rsidR="00CB7F4A"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="00CB7F4A" w:rsidRPr="009F5243">
        <w:rPr>
          <w:rFonts w:ascii="Times New Roman" w:hAnsi="Times New Roman" w:cs="Times New Roman"/>
          <w:b/>
        </w:rPr>
        <w:t>në</w:t>
      </w:r>
      <w:proofErr w:type="spellEnd"/>
      <w:r w:rsidR="00CB7F4A"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="00CB7F4A" w:rsidRPr="009F5243">
        <w:rPr>
          <w:rFonts w:ascii="Times New Roman" w:hAnsi="Times New Roman" w:cs="Times New Roman"/>
          <w:b/>
        </w:rPr>
        <w:t>fakultetin</w:t>
      </w:r>
      <w:proofErr w:type="spellEnd"/>
      <w:r w:rsidR="00CB7F4A"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="00CB7F4A" w:rsidRPr="009F5243">
        <w:rPr>
          <w:rFonts w:ascii="Times New Roman" w:hAnsi="Times New Roman" w:cs="Times New Roman"/>
          <w:b/>
        </w:rPr>
        <w:t>F.S.Noli</w:t>
      </w:r>
      <w:proofErr w:type="spellEnd"/>
      <w:r w:rsidR="00CB7F4A"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="00CB7F4A" w:rsidRPr="009F5243">
        <w:rPr>
          <w:rFonts w:ascii="Times New Roman" w:hAnsi="Times New Roman" w:cs="Times New Roman"/>
          <w:b/>
        </w:rPr>
        <w:t>dega</w:t>
      </w:r>
      <w:proofErr w:type="spellEnd"/>
      <w:r w:rsidR="00CB7F4A"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="00CB7F4A" w:rsidRPr="009F5243">
        <w:rPr>
          <w:rFonts w:ascii="Times New Roman" w:hAnsi="Times New Roman" w:cs="Times New Roman"/>
          <w:b/>
        </w:rPr>
        <w:t>Infermieri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dhe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ushtron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profes</w:t>
      </w:r>
      <w:r w:rsidR="00CB7F4A" w:rsidRPr="009F5243">
        <w:rPr>
          <w:rFonts w:ascii="Times New Roman" w:hAnsi="Times New Roman" w:cs="Times New Roman"/>
        </w:rPr>
        <w:t>ionin</w:t>
      </w:r>
      <w:proofErr w:type="spellEnd"/>
      <w:r w:rsidR="00CB7F4A" w:rsidRPr="009F5243">
        <w:rPr>
          <w:rFonts w:ascii="Times New Roman" w:hAnsi="Times New Roman" w:cs="Times New Roman"/>
        </w:rPr>
        <w:t xml:space="preserve"> </w:t>
      </w:r>
      <w:r w:rsidR="00CB7F4A" w:rsidRPr="009F5243">
        <w:rPr>
          <w:rFonts w:ascii="Times New Roman" w:hAnsi="Times New Roman" w:cs="Times New Roman"/>
          <w:b/>
        </w:rPr>
        <w:t xml:space="preserve">e </w:t>
      </w:r>
      <w:proofErr w:type="spellStart"/>
      <w:r w:rsidR="00CB7F4A" w:rsidRPr="009F5243">
        <w:rPr>
          <w:rFonts w:ascii="Times New Roman" w:hAnsi="Times New Roman" w:cs="Times New Roman"/>
          <w:b/>
        </w:rPr>
        <w:t>Infermierit</w:t>
      </w:r>
      <w:proofErr w:type="spellEnd"/>
      <w:r w:rsidR="007544BA" w:rsidRPr="009F5243">
        <w:rPr>
          <w:rFonts w:ascii="Times New Roman" w:hAnsi="Times New Roman" w:cs="Times New Roman"/>
        </w:rPr>
        <w:t>.</w:t>
      </w:r>
      <w:proofErr w:type="gram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Ka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një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përvojë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profesionale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në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f</w:t>
      </w:r>
      <w:r w:rsidR="00CB7F4A" w:rsidRPr="009F5243">
        <w:rPr>
          <w:rFonts w:ascii="Times New Roman" w:hAnsi="Times New Roman" w:cs="Times New Roman"/>
        </w:rPr>
        <w:t>ushën</w:t>
      </w:r>
      <w:proofErr w:type="spellEnd"/>
      <w:r w:rsidR="00CB7F4A" w:rsidRPr="009F5243">
        <w:rPr>
          <w:rFonts w:ascii="Times New Roman" w:hAnsi="Times New Roman" w:cs="Times New Roman"/>
        </w:rPr>
        <w:t xml:space="preserve"> </w:t>
      </w:r>
      <w:r w:rsidR="00CB7F4A" w:rsidRPr="009F5243">
        <w:rPr>
          <w:rFonts w:ascii="Times New Roman" w:hAnsi="Times New Roman" w:cs="Times New Roman"/>
          <w:b/>
        </w:rPr>
        <w:t xml:space="preserve">e </w:t>
      </w:r>
      <w:proofErr w:type="spellStart"/>
      <w:r w:rsidR="00CB7F4A" w:rsidRPr="009F5243">
        <w:rPr>
          <w:rFonts w:ascii="Times New Roman" w:hAnsi="Times New Roman" w:cs="Times New Roman"/>
          <w:b/>
        </w:rPr>
        <w:t>Infermierit</w:t>
      </w:r>
      <w:proofErr w:type="spellEnd"/>
      <w:proofErr w:type="gramStart"/>
      <w:r w:rsidR="00CB7F4A" w:rsidRPr="009F5243">
        <w:rPr>
          <w:rFonts w:ascii="Times New Roman" w:hAnsi="Times New Roman" w:cs="Times New Roman"/>
          <w:b/>
        </w:rPr>
        <w:t>.</w:t>
      </w:r>
      <w:r w:rsidR="00CB7F4A" w:rsidRPr="009F5243">
        <w:rPr>
          <w:rFonts w:ascii="Times New Roman" w:hAnsi="Times New Roman" w:cs="Times New Roman"/>
        </w:rPr>
        <w:t>.</w:t>
      </w:r>
      <w:proofErr w:type="gramEnd"/>
      <w:r w:rsidR="00CB7F4A" w:rsidRPr="009F524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CB7F4A" w:rsidRPr="009F5243">
        <w:rPr>
          <w:rFonts w:ascii="Times New Roman" w:hAnsi="Times New Roman" w:cs="Times New Roman"/>
        </w:rPr>
        <w:t>Aktualisht</w:t>
      </w:r>
      <w:proofErr w:type="spellEnd"/>
      <w:r w:rsidR="00CB7F4A" w:rsidRPr="009F5243">
        <w:rPr>
          <w:rFonts w:ascii="Times New Roman" w:hAnsi="Times New Roman" w:cs="Times New Roman"/>
        </w:rPr>
        <w:t xml:space="preserve"> </w:t>
      </w:r>
      <w:proofErr w:type="spellStart"/>
      <w:r w:rsidR="00CB7F4A" w:rsidRPr="009F5243">
        <w:rPr>
          <w:rFonts w:ascii="Times New Roman" w:hAnsi="Times New Roman" w:cs="Times New Roman"/>
        </w:rPr>
        <w:t>është</w:t>
      </w:r>
      <w:proofErr w:type="spellEnd"/>
      <w:r w:rsidR="00CB7F4A" w:rsidRPr="009F5243">
        <w:rPr>
          <w:rFonts w:ascii="Times New Roman" w:hAnsi="Times New Roman" w:cs="Times New Roman"/>
        </w:rPr>
        <w:t xml:space="preserve"> </w:t>
      </w:r>
      <w:proofErr w:type="spellStart"/>
      <w:r w:rsidR="00CB7F4A" w:rsidRPr="009F5243">
        <w:rPr>
          <w:rFonts w:ascii="Times New Roman" w:hAnsi="Times New Roman" w:cs="Times New Roman"/>
        </w:rPr>
        <w:t>anëtar</w:t>
      </w:r>
      <w:proofErr w:type="spellEnd"/>
      <w:r w:rsidR="00CB7F4A" w:rsidRPr="009F5243">
        <w:rPr>
          <w:rFonts w:ascii="Times New Roman" w:hAnsi="Times New Roman" w:cs="Times New Roman"/>
        </w:rPr>
        <w:t xml:space="preserve"> i</w:t>
      </w:r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Këshillit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Bashkiak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Kolonjë</w:t>
      </w:r>
      <w:proofErr w:type="spellEnd"/>
      <w:r w:rsidR="007544BA" w:rsidRPr="009F5243">
        <w:rPr>
          <w:rFonts w:ascii="Times New Roman" w:hAnsi="Times New Roman" w:cs="Times New Roman"/>
        </w:rPr>
        <w:t xml:space="preserve">, </w:t>
      </w:r>
      <w:proofErr w:type="spellStart"/>
      <w:r w:rsidR="007544BA" w:rsidRPr="009F5243">
        <w:rPr>
          <w:rFonts w:ascii="Times New Roman" w:hAnsi="Times New Roman" w:cs="Times New Roman"/>
        </w:rPr>
        <w:t>ku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angazhohet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në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përfaqësimin</w:t>
      </w:r>
      <w:proofErr w:type="spellEnd"/>
      <w:r w:rsidR="007544BA" w:rsidRPr="009F5243">
        <w:rPr>
          <w:rFonts w:ascii="Times New Roman" w:hAnsi="Times New Roman" w:cs="Times New Roman"/>
        </w:rPr>
        <w:t xml:space="preserve"> e </w:t>
      </w:r>
      <w:proofErr w:type="spellStart"/>
      <w:r w:rsidR="007544BA" w:rsidRPr="009F5243">
        <w:rPr>
          <w:rFonts w:ascii="Times New Roman" w:hAnsi="Times New Roman" w:cs="Times New Roman"/>
        </w:rPr>
        <w:t>interesave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të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komunitetit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dhe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në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procesin</w:t>
      </w:r>
      <w:proofErr w:type="spellEnd"/>
      <w:r w:rsidR="007544BA" w:rsidRPr="009F5243">
        <w:rPr>
          <w:rFonts w:ascii="Times New Roman" w:hAnsi="Times New Roman" w:cs="Times New Roman"/>
        </w:rPr>
        <w:t xml:space="preserve"> e </w:t>
      </w:r>
      <w:proofErr w:type="spellStart"/>
      <w:r w:rsidR="007544BA" w:rsidRPr="009F5243">
        <w:rPr>
          <w:rFonts w:ascii="Times New Roman" w:hAnsi="Times New Roman" w:cs="Times New Roman"/>
        </w:rPr>
        <w:t>vendimmarrjes</w:t>
      </w:r>
      <w:proofErr w:type="spellEnd"/>
      <w:r w:rsidR="007544BA" w:rsidRPr="009F5243">
        <w:rPr>
          <w:rFonts w:ascii="Times New Roman" w:hAnsi="Times New Roman" w:cs="Times New Roman"/>
        </w:rPr>
        <w:t xml:space="preserve"> </w:t>
      </w:r>
      <w:proofErr w:type="spellStart"/>
      <w:r w:rsidR="007544BA" w:rsidRPr="009F5243">
        <w:rPr>
          <w:rFonts w:ascii="Times New Roman" w:hAnsi="Times New Roman" w:cs="Times New Roman"/>
        </w:rPr>
        <w:t>vendore</w:t>
      </w:r>
      <w:proofErr w:type="spellEnd"/>
      <w:r w:rsidR="007544BA" w:rsidRPr="009F5243">
        <w:rPr>
          <w:rFonts w:ascii="Times New Roman" w:hAnsi="Times New Roman" w:cs="Times New Roman"/>
        </w:rPr>
        <w:t>.</w:t>
      </w:r>
      <w:proofErr w:type="gramEnd"/>
    </w:p>
    <w:p w:rsidR="00871CFB" w:rsidRPr="009F5243" w:rsidRDefault="00871CFB">
      <w:pPr>
        <w:rPr>
          <w:rFonts w:ascii="Times New Roman" w:hAnsi="Times New Roman" w:cs="Times New Roman"/>
        </w:rPr>
      </w:pPr>
    </w:p>
    <w:p w:rsidR="00B26B7A" w:rsidRPr="009F5243" w:rsidRDefault="00B26B7A" w:rsidP="00B26B7A">
      <w:pPr>
        <w:pStyle w:val="Heading1"/>
        <w:rPr>
          <w:rFonts w:ascii="Times New Roman" w:hAnsi="Times New Roman" w:cs="Times New Roman"/>
        </w:rPr>
      </w:pPr>
      <w:r w:rsidRPr="009F5243">
        <w:rPr>
          <w:rFonts w:ascii="Times New Roman" w:hAnsi="Times New Roman" w:cs="Times New Roman"/>
        </w:rPr>
        <w:t>BIOGRAFI E SHKURTËR</w:t>
      </w:r>
    </w:p>
    <w:p w:rsidR="00B26B7A" w:rsidRPr="009F5243" w:rsidRDefault="00B26B7A" w:rsidP="00B26B7A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Emri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dhe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Mbiemri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proofErr w:type="spellStart"/>
      <w:r w:rsidR="008B3AE5" w:rsidRPr="009F5243">
        <w:rPr>
          <w:rFonts w:ascii="Times New Roman" w:hAnsi="Times New Roman" w:cs="Times New Roman"/>
        </w:rPr>
        <w:t>Ilir</w:t>
      </w:r>
      <w:proofErr w:type="spellEnd"/>
      <w:r w:rsidR="008B3AE5" w:rsidRPr="009F5243">
        <w:rPr>
          <w:rFonts w:ascii="Times New Roman" w:hAnsi="Times New Roman" w:cs="Times New Roman"/>
        </w:rPr>
        <w:t xml:space="preserve"> Milo</w:t>
      </w:r>
    </w:p>
    <w:p w:rsidR="00B26B7A" w:rsidRPr="009F5243" w:rsidRDefault="00B26B7A" w:rsidP="00B26B7A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Datëlindja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r w:rsidR="008B3AE5" w:rsidRPr="009F5243">
        <w:rPr>
          <w:rFonts w:ascii="Times New Roman" w:hAnsi="Times New Roman" w:cs="Times New Roman"/>
        </w:rPr>
        <w:t>07.04.1970</w:t>
      </w:r>
    </w:p>
    <w:p w:rsidR="00B26B7A" w:rsidRPr="009F5243" w:rsidRDefault="00B26B7A" w:rsidP="00B26B7A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Arsimi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r w:rsidR="008B3AE5" w:rsidRPr="009F5243">
        <w:rPr>
          <w:rFonts w:ascii="Times New Roman" w:hAnsi="Times New Roman" w:cs="Times New Roman"/>
        </w:rPr>
        <w:t xml:space="preserve">I </w:t>
      </w:r>
      <w:proofErr w:type="spellStart"/>
      <w:r w:rsidR="008B3AE5" w:rsidRPr="009F5243">
        <w:rPr>
          <w:rFonts w:ascii="Times New Roman" w:hAnsi="Times New Roman" w:cs="Times New Roman"/>
        </w:rPr>
        <w:t>Lartë</w:t>
      </w:r>
      <w:proofErr w:type="spellEnd"/>
    </w:p>
    <w:p w:rsidR="00B26B7A" w:rsidRPr="009F5243" w:rsidRDefault="00B26B7A" w:rsidP="00B26B7A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Profesioni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proofErr w:type="spellStart"/>
      <w:r w:rsidR="008B3AE5" w:rsidRPr="009F5243">
        <w:rPr>
          <w:rFonts w:ascii="Times New Roman" w:hAnsi="Times New Roman" w:cs="Times New Roman"/>
        </w:rPr>
        <w:t>Mjek</w:t>
      </w:r>
      <w:proofErr w:type="spellEnd"/>
    </w:p>
    <w:p w:rsidR="00B26B7A" w:rsidRPr="009F5243" w:rsidRDefault="00B26B7A" w:rsidP="00B26B7A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Përvoja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profesionale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r w:rsidR="008B3AE5" w:rsidRPr="009F5243">
        <w:rPr>
          <w:rFonts w:ascii="Times New Roman" w:hAnsi="Times New Roman" w:cs="Times New Roman"/>
        </w:rPr>
        <w:t xml:space="preserve">32 </w:t>
      </w:r>
      <w:proofErr w:type="spellStart"/>
      <w:r w:rsidR="008B3AE5" w:rsidRPr="009F5243">
        <w:rPr>
          <w:rFonts w:ascii="Times New Roman" w:hAnsi="Times New Roman" w:cs="Times New Roman"/>
        </w:rPr>
        <w:t>vite</w:t>
      </w:r>
      <w:proofErr w:type="spellEnd"/>
    </w:p>
    <w:p w:rsidR="00B26B7A" w:rsidRPr="009F5243" w:rsidRDefault="00B26B7A" w:rsidP="00B26B7A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Funksioni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proofErr w:type="spellStart"/>
      <w:r w:rsidRPr="009F5243">
        <w:rPr>
          <w:rFonts w:ascii="Times New Roman" w:hAnsi="Times New Roman" w:cs="Times New Roman"/>
        </w:rPr>
        <w:t>Këshilltar</w:t>
      </w:r>
      <w:proofErr w:type="spellEnd"/>
      <w:r w:rsidRPr="009F5243">
        <w:rPr>
          <w:rFonts w:ascii="Times New Roman" w:hAnsi="Times New Roman" w:cs="Times New Roman"/>
        </w:rPr>
        <w:t xml:space="preserve"> i </w:t>
      </w:r>
      <w:proofErr w:type="spellStart"/>
      <w:r w:rsidRPr="009F5243">
        <w:rPr>
          <w:rFonts w:ascii="Times New Roman" w:hAnsi="Times New Roman" w:cs="Times New Roman"/>
        </w:rPr>
        <w:t>Këshillit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Bashkiak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Kolonjë</w:t>
      </w:r>
      <w:proofErr w:type="spellEnd"/>
      <w:r w:rsidRPr="009F5243">
        <w:rPr>
          <w:rFonts w:ascii="Times New Roman" w:hAnsi="Times New Roman" w:cs="Times New Roman"/>
        </w:rPr>
        <w:t>.</w:t>
      </w:r>
    </w:p>
    <w:p w:rsidR="00B26B7A" w:rsidRPr="009F5243" w:rsidRDefault="00B26B7A" w:rsidP="00B26B7A">
      <w:pPr>
        <w:rPr>
          <w:rFonts w:ascii="Times New Roman" w:hAnsi="Times New Roman" w:cs="Times New Roman"/>
        </w:rPr>
      </w:pPr>
    </w:p>
    <w:p w:rsidR="00B26B7A" w:rsidRPr="009F5243" w:rsidRDefault="00B26B7A" w:rsidP="00B26B7A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Biografi</w:t>
      </w:r>
      <w:proofErr w:type="spellEnd"/>
      <w:r w:rsidRPr="009F5243">
        <w:rPr>
          <w:rFonts w:ascii="Times New Roman" w:hAnsi="Times New Roman" w:cs="Times New Roman"/>
          <w:b/>
        </w:rPr>
        <w:t>:</w:t>
      </w:r>
    </w:p>
    <w:p w:rsidR="00B26B7A" w:rsidRPr="009F5243" w:rsidRDefault="00B26B7A" w:rsidP="00B26B7A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</w:rPr>
        <w:t>Z</w:t>
      </w:r>
      <w:r w:rsidR="008B3AE5" w:rsidRPr="009F5243">
        <w:rPr>
          <w:rFonts w:ascii="Times New Roman" w:hAnsi="Times New Roman" w:cs="Times New Roman"/>
          <w:b/>
        </w:rPr>
        <w:t>.Ilir</w:t>
      </w:r>
      <w:proofErr w:type="spellEnd"/>
      <w:r w:rsidR="008B3AE5" w:rsidRPr="009F5243">
        <w:rPr>
          <w:rFonts w:ascii="Times New Roman" w:hAnsi="Times New Roman" w:cs="Times New Roman"/>
          <w:b/>
        </w:rPr>
        <w:t xml:space="preserve"> Milo</w:t>
      </w:r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ka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lindur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më</w:t>
      </w:r>
      <w:proofErr w:type="spellEnd"/>
      <w:r w:rsidRPr="009F5243">
        <w:rPr>
          <w:rFonts w:ascii="Times New Roman" w:hAnsi="Times New Roman" w:cs="Times New Roman"/>
        </w:rPr>
        <w:t xml:space="preserve"> 04/07/1970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8B3AE5" w:rsidRPr="009F5243">
        <w:rPr>
          <w:rFonts w:ascii="Times New Roman" w:hAnsi="Times New Roman" w:cs="Times New Roman"/>
          <w:b/>
        </w:rPr>
        <w:t>Ereskë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r w:rsidRPr="009F5243">
        <w:rPr>
          <w:rFonts w:ascii="Times New Roman" w:hAnsi="Times New Roman" w:cs="Times New Roman"/>
        </w:rPr>
        <w:t>.</w:t>
      </w:r>
      <w:proofErr w:type="gram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Ka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përfunduar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studimet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="008B3AE5" w:rsidRPr="009F5243">
        <w:rPr>
          <w:rFonts w:ascii="Times New Roman" w:hAnsi="Times New Roman" w:cs="Times New Roman"/>
          <w:b/>
        </w:rPr>
        <w:t>Fakultetin</w:t>
      </w:r>
      <w:proofErr w:type="spellEnd"/>
      <w:r w:rsidR="008B3AE5" w:rsidRPr="009F5243">
        <w:rPr>
          <w:rFonts w:ascii="Times New Roman" w:hAnsi="Times New Roman" w:cs="Times New Roman"/>
          <w:b/>
        </w:rPr>
        <w:t xml:space="preserve"> e </w:t>
      </w:r>
      <w:proofErr w:type="spellStart"/>
      <w:r w:rsidR="008B3AE5" w:rsidRPr="009F5243">
        <w:rPr>
          <w:rFonts w:ascii="Times New Roman" w:hAnsi="Times New Roman" w:cs="Times New Roman"/>
          <w:b/>
        </w:rPr>
        <w:t>Mjekësis</w:t>
      </w:r>
      <w:r w:rsidR="00756BB9" w:rsidRPr="009F5243">
        <w:rPr>
          <w:rFonts w:ascii="Times New Roman" w:hAnsi="Times New Roman" w:cs="Times New Roman"/>
          <w:b/>
        </w:rPr>
        <w:t>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dhe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ushtron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F5243">
        <w:rPr>
          <w:rFonts w:ascii="Times New Roman" w:hAnsi="Times New Roman" w:cs="Times New Roman"/>
        </w:rPr>
        <w:t>profesionin</w:t>
      </w:r>
      <w:proofErr w:type="spellEnd"/>
      <w:r w:rsidRPr="009F5243">
        <w:rPr>
          <w:rFonts w:ascii="Times New Roman" w:hAnsi="Times New Roman" w:cs="Times New Roman"/>
        </w:rPr>
        <w:t xml:space="preserve">  </w:t>
      </w:r>
      <w:proofErr w:type="spellStart"/>
      <w:r w:rsidRPr="009F5243">
        <w:rPr>
          <w:rFonts w:ascii="Times New Roman" w:hAnsi="Times New Roman" w:cs="Times New Roman"/>
          <w:b/>
        </w:rPr>
        <w:t>mjek</w:t>
      </w:r>
      <w:proofErr w:type="spellEnd"/>
      <w:proofErr w:type="gram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Anestezist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Reanimator</w:t>
      </w:r>
      <w:proofErr w:type="spellEnd"/>
      <w:r w:rsidRPr="009F5243">
        <w:rPr>
          <w:rFonts w:ascii="Times New Roman" w:hAnsi="Times New Roman" w:cs="Times New Roman"/>
          <w:b/>
        </w:rPr>
        <w:t>.</w:t>
      </w:r>
      <w:r w:rsidRPr="009F524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F5243">
        <w:rPr>
          <w:rFonts w:ascii="Times New Roman" w:hAnsi="Times New Roman" w:cs="Times New Roman"/>
        </w:rPr>
        <w:t>Ka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një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përvojë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profesionale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fushën</w:t>
      </w:r>
      <w:proofErr w:type="spellEnd"/>
      <w:r w:rsidRPr="009F5243">
        <w:rPr>
          <w:rFonts w:ascii="Times New Roman" w:hAnsi="Times New Roman" w:cs="Times New Roman"/>
        </w:rPr>
        <w:t xml:space="preserve"> _</w:t>
      </w:r>
      <w:proofErr w:type="spellStart"/>
      <w:r w:rsidRPr="009F5243">
        <w:rPr>
          <w:rFonts w:ascii="Times New Roman" w:hAnsi="Times New Roman" w:cs="Times New Roman"/>
          <w:b/>
        </w:rPr>
        <w:t>Mjekësisë</w:t>
      </w:r>
      <w:proofErr w:type="spellEnd"/>
      <w:r w:rsidRPr="009F5243">
        <w:rPr>
          <w:rFonts w:ascii="Times New Roman" w:hAnsi="Times New Roman" w:cs="Times New Roman"/>
        </w:rPr>
        <w:t>_.</w:t>
      </w:r>
      <w:proofErr w:type="gramEnd"/>
      <w:r w:rsidRPr="009F524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F5243">
        <w:rPr>
          <w:rFonts w:ascii="Times New Roman" w:hAnsi="Times New Roman" w:cs="Times New Roman"/>
        </w:rPr>
        <w:t>Aktualisht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është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anëtar</w:t>
      </w:r>
      <w:proofErr w:type="spellEnd"/>
      <w:r w:rsidRPr="009F5243">
        <w:rPr>
          <w:rFonts w:ascii="Times New Roman" w:hAnsi="Times New Roman" w:cs="Times New Roman"/>
        </w:rPr>
        <w:t xml:space="preserve"> i </w:t>
      </w:r>
      <w:proofErr w:type="spellStart"/>
      <w:r w:rsidRPr="009F5243">
        <w:rPr>
          <w:rFonts w:ascii="Times New Roman" w:hAnsi="Times New Roman" w:cs="Times New Roman"/>
        </w:rPr>
        <w:t>Këshillit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Bashkiak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Kolonjë</w:t>
      </w:r>
      <w:proofErr w:type="spellEnd"/>
      <w:r w:rsidRPr="009F5243">
        <w:rPr>
          <w:rFonts w:ascii="Times New Roman" w:hAnsi="Times New Roman" w:cs="Times New Roman"/>
        </w:rPr>
        <w:t xml:space="preserve">, </w:t>
      </w:r>
      <w:proofErr w:type="spellStart"/>
      <w:r w:rsidRPr="009F5243">
        <w:rPr>
          <w:rFonts w:ascii="Times New Roman" w:hAnsi="Times New Roman" w:cs="Times New Roman"/>
        </w:rPr>
        <w:t>ku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angazhohet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përfaqësimin</w:t>
      </w:r>
      <w:proofErr w:type="spellEnd"/>
      <w:r w:rsidRPr="009F5243">
        <w:rPr>
          <w:rFonts w:ascii="Times New Roman" w:hAnsi="Times New Roman" w:cs="Times New Roman"/>
        </w:rPr>
        <w:t xml:space="preserve"> e </w:t>
      </w:r>
      <w:proofErr w:type="spellStart"/>
      <w:r w:rsidRPr="009F5243">
        <w:rPr>
          <w:rFonts w:ascii="Times New Roman" w:hAnsi="Times New Roman" w:cs="Times New Roman"/>
        </w:rPr>
        <w:t>interesave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të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komunitetit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dhe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procesin</w:t>
      </w:r>
      <w:proofErr w:type="spellEnd"/>
      <w:r w:rsidRPr="009F5243">
        <w:rPr>
          <w:rFonts w:ascii="Times New Roman" w:hAnsi="Times New Roman" w:cs="Times New Roman"/>
        </w:rPr>
        <w:t xml:space="preserve"> e </w:t>
      </w:r>
      <w:proofErr w:type="spellStart"/>
      <w:r w:rsidRPr="009F5243">
        <w:rPr>
          <w:rFonts w:ascii="Times New Roman" w:hAnsi="Times New Roman" w:cs="Times New Roman"/>
        </w:rPr>
        <w:t>vendimmarrjes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vendore</w:t>
      </w:r>
      <w:proofErr w:type="spellEnd"/>
      <w:r w:rsidRPr="009F5243">
        <w:rPr>
          <w:rFonts w:ascii="Times New Roman" w:hAnsi="Times New Roman" w:cs="Times New Roman"/>
        </w:rPr>
        <w:t>.</w:t>
      </w:r>
      <w:proofErr w:type="gramEnd"/>
    </w:p>
    <w:p w:rsidR="008B3AE5" w:rsidRPr="009F5243" w:rsidRDefault="008B3AE5" w:rsidP="008B3AE5">
      <w:pPr>
        <w:pStyle w:val="Heading1"/>
        <w:rPr>
          <w:rFonts w:ascii="Times New Roman" w:hAnsi="Times New Roman" w:cs="Times New Roman"/>
        </w:rPr>
      </w:pPr>
      <w:r w:rsidRPr="009F5243">
        <w:rPr>
          <w:rFonts w:ascii="Times New Roman" w:hAnsi="Times New Roman" w:cs="Times New Roman"/>
        </w:rPr>
        <w:lastRenderedPageBreak/>
        <w:t>BIOGRAFI E SHKURTËR</w:t>
      </w:r>
    </w:p>
    <w:p w:rsidR="008B3AE5" w:rsidRPr="009F5243" w:rsidRDefault="008B3AE5" w:rsidP="008B3AE5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Emri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dhe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Mbiemri</w:t>
      </w:r>
      <w:proofErr w:type="spellEnd"/>
      <w:r w:rsidRPr="009F5243">
        <w:rPr>
          <w:rFonts w:ascii="Times New Roman" w:hAnsi="Times New Roman" w:cs="Times New Roman"/>
          <w:b/>
        </w:rPr>
        <w:t xml:space="preserve">:  </w:t>
      </w:r>
      <w:proofErr w:type="spellStart"/>
      <w:r w:rsidRPr="009F5243">
        <w:rPr>
          <w:rFonts w:ascii="Times New Roman" w:hAnsi="Times New Roman" w:cs="Times New Roman"/>
        </w:rPr>
        <w:t>Gledjon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Tafili</w:t>
      </w:r>
      <w:proofErr w:type="spellEnd"/>
    </w:p>
    <w:p w:rsidR="008B3AE5" w:rsidRPr="009F5243" w:rsidRDefault="008B3AE5" w:rsidP="008B3AE5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Datëlindja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r w:rsidRPr="009F5243">
        <w:rPr>
          <w:rFonts w:ascii="Times New Roman" w:hAnsi="Times New Roman" w:cs="Times New Roman"/>
        </w:rPr>
        <w:t>24.10.1988</w:t>
      </w:r>
    </w:p>
    <w:p w:rsidR="008B3AE5" w:rsidRPr="009F5243" w:rsidRDefault="008B3AE5" w:rsidP="008B3AE5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Arsimi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r w:rsidRPr="009F5243">
        <w:rPr>
          <w:rFonts w:ascii="Times New Roman" w:hAnsi="Times New Roman" w:cs="Times New Roman"/>
        </w:rPr>
        <w:t xml:space="preserve">I </w:t>
      </w:r>
      <w:proofErr w:type="spellStart"/>
      <w:r w:rsidRPr="009F5243">
        <w:rPr>
          <w:rFonts w:ascii="Times New Roman" w:hAnsi="Times New Roman" w:cs="Times New Roman"/>
        </w:rPr>
        <w:t>Lartë</w:t>
      </w:r>
      <w:proofErr w:type="spellEnd"/>
    </w:p>
    <w:p w:rsidR="008B3AE5" w:rsidRPr="009F5243" w:rsidRDefault="008B3AE5" w:rsidP="008B3AE5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Profesioni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proofErr w:type="spellStart"/>
      <w:proofErr w:type="gramStart"/>
      <w:r w:rsidRPr="009F5243">
        <w:rPr>
          <w:rFonts w:ascii="Times New Roman" w:hAnsi="Times New Roman" w:cs="Times New Roman"/>
        </w:rPr>
        <w:t>Shëndet</w:t>
      </w:r>
      <w:proofErr w:type="spellEnd"/>
      <w:r w:rsidRPr="009F5243">
        <w:rPr>
          <w:rFonts w:ascii="Times New Roman" w:hAnsi="Times New Roman" w:cs="Times New Roman"/>
        </w:rPr>
        <w:t xml:space="preserve">  </w:t>
      </w:r>
      <w:proofErr w:type="spellStart"/>
      <w:r w:rsidRPr="009F5243">
        <w:rPr>
          <w:rFonts w:ascii="Times New Roman" w:hAnsi="Times New Roman" w:cs="Times New Roman"/>
        </w:rPr>
        <w:t>Publik</w:t>
      </w:r>
      <w:proofErr w:type="spellEnd"/>
      <w:proofErr w:type="gramEnd"/>
    </w:p>
    <w:p w:rsidR="008B3AE5" w:rsidRPr="009F5243" w:rsidRDefault="008B3AE5" w:rsidP="008B3AE5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Përvoja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profesionale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r w:rsidRPr="009F5243">
        <w:rPr>
          <w:rFonts w:ascii="Times New Roman" w:hAnsi="Times New Roman" w:cs="Times New Roman"/>
        </w:rPr>
        <w:t xml:space="preserve">13 </w:t>
      </w:r>
      <w:proofErr w:type="spellStart"/>
      <w:r w:rsidRPr="009F5243">
        <w:rPr>
          <w:rFonts w:ascii="Times New Roman" w:hAnsi="Times New Roman" w:cs="Times New Roman"/>
        </w:rPr>
        <w:t>vite</w:t>
      </w:r>
      <w:proofErr w:type="spellEnd"/>
    </w:p>
    <w:p w:rsidR="008B3AE5" w:rsidRPr="009F5243" w:rsidRDefault="008B3AE5" w:rsidP="008B3AE5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Funksioni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proofErr w:type="spellStart"/>
      <w:r w:rsidRPr="009F5243">
        <w:rPr>
          <w:rFonts w:ascii="Times New Roman" w:hAnsi="Times New Roman" w:cs="Times New Roman"/>
        </w:rPr>
        <w:t>Këshilltar</w:t>
      </w:r>
      <w:proofErr w:type="spellEnd"/>
      <w:r w:rsidRPr="009F5243">
        <w:rPr>
          <w:rFonts w:ascii="Times New Roman" w:hAnsi="Times New Roman" w:cs="Times New Roman"/>
        </w:rPr>
        <w:t xml:space="preserve"> i </w:t>
      </w:r>
      <w:proofErr w:type="spellStart"/>
      <w:r w:rsidRPr="009F5243">
        <w:rPr>
          <w:rFonts w:ascii="Times New Roman" w:hAnsi="Times New Roman" w:cs="Times New Roman"/>
        </w:rPr>
        <w:t>Këshillit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Bashkiak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Kolonjë</w:t>
      </w:r>
      <w:proofErr w:type="spellEnd"/>
      <w:r w:rsidRPr="009F5243">
        <w:rPr>
          <w:rFonts w:ascii="Times New Roman" w:hAnsi="Times New Roman" w:cs="Times New Roman"/>
        </w:rPr>
        <w:t>.</w:t>
      </w:r>
    </w:p>
    <w:p w:rsidR="008B3AE5" w:rsidRPr="009F5243" w:rsidRDefault="008B3AE5" w:rsidP="008B3AE5">
      <w:pPr>
        <w:rPr>
          <w:rFonts w:ascii="Times New Roman" w:hAnsi="Times New Roman" w:cs="Times New Roman"/>
        </w:rPr>
      </w:pPr>
    </w:p>
    <w:p w:rsidR="008B3AE5" w:rsidRPr="009F5243" w:rsidRDefault="008B3AE5" w:rsidP="008B3AE5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Biografi</w:t>
      </w:r>
      <w:proofErr w:type="spellEnd"/>
      <w:r w:rsidRPr="009F5243">
        <w:rPr>
          <w:rFonts w:ascii="Times New Roman" w:hAnsi="Times New Roman" w:cs="Times New Roman"/>
          <w:b/>
        </w:rPr>
        <w:t>:</w:t>
      </w:r>
    </w:p>
    <w:p w:rsidR="00B26B7A" w:rsidRPr="009F5243" w:rsidRDefault="008B3AE5" w:rsidP="008B3AE5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</w:rPr>
        <w:t>Z.</w:t>
      </w:r>
      <w:r w:rsidRPr="009F5243">
        <w:rPr>
          <w:rFonts w:ascii="Times New Roman" w:hAnsi="Times New Roman" w:cs="Times New Roman"/>
          <w:b/>
          <w:bCs/>
        </w:rPr>
        <w:t>Gledjon</w:t>
      </w:r>
      <w:proofErr w:type="spellEnd"/>
      <w:r w:rsidRPr="009F5243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9F5243">
        <w:rPr>
          <w:rFonts w:ascii="Times New Roman" w:hAnsi="Times New Roman" w:cs="Times New Roman"/>
          <w:b/>
          <w:bCs/>
        </w:rPr>
        <w:t>Tafili</w:t>
      </w:r>
      <w:proofErr w:type="spellEnd"/>
      <w:r w:rsidRPr="009F5243">
        <w:rPr>
          <w:rFonts w:ascii="Times New Roman" w:hAnsi="Times New Roman" w:cs="Times New Roman"/>
          <w:b/>
          <w:bCs/>
        </w:rPr>
        <w:t xml:space="preserve"> </w:t>
      </w:r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ka</w:t>
      </w:r>
      <w:proofErr w:type="spellEnd"/>
      <w:proofErr w:type="gram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lindur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më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r w:rsidRPr="009F5243">
        <w:rPr>
          <w:rFonts w:ascii="Times New Roman" w:hAnsi="Times New Roman" w:cs="Times New Roman"/>
          <w:b/>
          <w:bCs/>
        </w:rPr>
        <w:t>24.10.1988</w:t>
      </w:r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 </w:t>
      </w:r>
      <w:proofErr w:type="spellStart"/>
      <w:r w:rsidRPr="009F5243">
        <w:rPr>
          <w:rFonts w:ascii="Times New Roman" w:hAnsi="Times New Roman" w:cs="Times New Roman"/>
          <w:b/>
          <w:bCs/>
        </w:rPr>
        <w:t>Ereskë</w:t>
      </w:r>
      <w:proofErr w:type="spellEnd"/>
      <w:r w:rsidR="00756BB9" w:rsidRPr="009F5243">
        <w:rPr>
          <w:rFonts w:ascii="Times New Roman" w:hAnsi="Times New Roman" w:cs="Times New Roman"/>
        </w:rPr>
        <w:t xml:space="preserve">. </w:t>
      </w:r>
      <w:proofErr w:type="spellStart"/>
      <w:r w:rsidR="00756BB9" w:rsidRPr="009F5243">
        <w:rPr>
          <w:rFonts w:ascii="Times New Roman" w:hAnsi="Times New Roman" w:cs="Times New Roman"/>
        </w:rPr>
        <w:t>Ka</w:t>
      </w:r>
      <w:proofErr w:type="spellEnd"/>
      <w:r w:rsidR="00756BB9" w:rsidRPr="009F5243">
        <w:rPr>
          <w:rFonts w:ascii="Times New Roman" w:hAnsi="Times New Roman" w:cs="Times New Roman"/>
        </w:rPr>
        <w:t xml:space="preserve"> </w:t>
      </w:r>
      <w:proofErr w:type="spellStart"/>
      <w:r w:rsidR="00756BB9" w:rsidRPr="009F5243">
        <w:rPr>
          <w:rFonts w:ascii="Times New Roman" w:hAnsi="Times New Roman" w:cs="Times New Roman"/>
        </w:rPr>
        <w:t>përfunduar</w:t>
      </w:r>
      <w:proofErr w:type="spellEnd"/>
      <w:r w:rsidR="00756BB9" w:rsidRPr="009F5243">
        <w:rPr>
          <w:rFonts w:ascii="Times New Roman" w:hAnsi="Times New Roman" w:cs="Times New Roman"/>
        </w:rPr>
        <w:t xml:space="preserve"> </w:t>
      </w:r>
      <w:proofErr w:type="spellStart"/>
      <w:r w:rsidR="00756BB9" w:rsidRPr="009F5243">
        <w:rPr>
          <w:rFonts w:ascii="Times New Roman" w:hAnsi="Times New Roman" w:cs="Times New Roman"/>
        </w:rPr>
        <w:t>studimet</w:t>
      </w:r>
      <w:proofErr w:type="spellEnd"/>
      <w:r w:rsidR="00756BB9" w:rsidRPr="009F5243">
        <w:rPr>
          <w:rFonts w:ascii="Times New Roman" w:hAnsi="Times New Roman" w:cs="Times New Roman"/>
        </w:rPr>
        <w:t xml:space="preserve"> </w:t>
      </w:r>
      <w:proofErr w:type="spellStart"/>
      <w:r w:rsidR="00756BB9" w:rsidRPr="009F5243">
        <w:rPr>
          <w:rFonts w:ascii="Times New Roman" w:hAnsi="Times New Roman" w:cs="Times New Roman"/>
        </w:rPr>
        <w:t>në</w:t>
      </w:r>
      <w:proofErr w:type="spellEnd"/>
      <w:r w:rsidR="00756BB9" w:rsidRPr="009F5243">
        <w:rPr>
          <w:rFonts w:ascii="Times New Roman" w:hAnsi="Times New Roman" w:cs="Times New Roman"/>
        </w:rPr>
        <w:t xml:space="preserve"> </w:t>
      </w:r>
      <w:proofErr w:type="spellStart"/>
      <w:r w:rsidR="00756BB9" w:rsidRPr="009F5243">
        <w:rPr>
          <w:rFonts w:ascii="Times New Roman" w:hAnsi="Times New Roman" w:cs="Times New Roman"/>
          <w:b/>
        </w:rPr>
        <w:t>Fakultetin</w:t>
      </w:r>
      <w:proofErr w:type="spellEnd"/>
      <w:r w:rsidR="00756BB9" w:rsidRPr="009F5243">
        <w:rPr>
          <w:rFonts w:ascii="Times New Roman" w:hAnsi="Times New Roman" w:cs="Times New Roman"/>
          <w:b/>
        </w:rPr>
        <w:t xml:space="preserve"> e </w:t>
      </w:r>
      <w:proofErr w:type="spellStart"/>
      <w:r w:rsidR="00756BB9" w:rsidRPr="009F5243">
        <w:rPr>
          <w:rFonts w:ascii="Times New Roman" w:hAnsi="Times New Roman" w:cs="Times New Roman"/>
          <w:b/>
        </w:rPr>
        <w:t>Mjekësisë</w:t>
      </w:r>
      <w:proofErr w:type="spellEnd"/>
      <w:r w:rsidR="00756BB9" w:rsidRPr="009F5243">
        <w:rPr>
          <w:rFonts w:ascii="Times New Roman" w:hAnsi="Times New Roman" w:cs="Times New Roman"/>
        </w:rPr>
        <w:t xml:space="preserve"> </w:t>
      </w:r>
      <w:proofErr w:type="spellStart"/>
      <w:r w:rsidR="00756BB9" w:rsidRPr="009F5243">
        <w:rPr>
          <w:rFonts w:ascii="Times New Roman" w:hAnsi="Times New Roman" w:cs="Times New Roman"/>
        </w:rPr>
        <w:t>dhe</w:t>
      </w:r>
      <w:proofErr w:type="spellEnd"/>
      <w:r w:rsidR="00756BB9" w:rsidRPr="009F5243">
        <w:rPr>
          <w:rFonts w:ascii="Times New Roman" w:hAnsi="Times New Roman" w:cs="Times New Roman"/>
        </w:rPr>
        <w:t xml:space="preserve"> </w:t>
      </w:r>
      <w:proofErr w:type="spellStart"/>
      <w:r w:rsidR="00756BB9" w:rsidRPr="009F5243">
        <w:rPr>
          <w:rFonts w:ascii="Times New Roman" w:hAnsi="Times New Roman" w:cs="Times New Roman"/>
        </w:rPr>
        <w:t>ushtron</w:t>
      </w:r>
      <w:proofErr w:type="spellEnd"/>
      <w:r w:rsidR="00756BB9" w:rsidRPr="009F524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756BB9" w:rsidRPr="009F5243">
        <w:rPr>
          <w:rFonts w:ascii="Times New Roman" w:hAnsi="Times New Roman" w:cs="Times New Roman"/>
        </w:rPr>
        <w:t>profesionin</w:t>
      </w:r>
      <w:proofErr w:type="spellEnd"/>
      <w:r w:rsidR="00756BB9" w:rsidRPr="009F5243">
        <w:rPr>
          <w:rFonts w:ascii="Times New Roman" w:hAnsi="Times New Roman" w:cs="Times New Roman"/>
        </w:rPr>
        <w:t xml:space="preserve">  </w:t>
      </w:r>
      <w:r w:rsidR="00756BB9" w:rsidRPr="009F5243">
        <w:rPr>
          <w:rFonts w:ascii="Times New Roman" w:hAnsi="Times New Roman" w:cs="Times New Roman"/>
          <w:b/>
          <w:bCs/>
        </w:rPr>
        <w:t>specialist</w:t>
      </w:r>
      <w:proofErr w:type="gramEnd"/>
      <w:r w:rsidR="00756BB9" w:rsidRPr="009F5243">
        <w:rPr>
          <w:rFonts w:ascii="Times New Roman" w:hAnsi="Times New Roman" w:cs="Times New Roman"/>
          <w:b/>
          <w:bCs/>
        </w:rPr>
        <w:t xml:space="preserve"> i </w:t>
      </w:r>
      <w:proofErr w:type="spellStart"/>
      <w:r w:rsidR="00756BB9" w:rsidRPr="009F5243">
        <w:rPr>
          <w:rFonts w:ascii="Times New Roman" w:hAnsi="Times New Roman" w:cs="Times New Roman"/>
          <w:b/>
          <w:bCs/>
        </w:rPr>
        <w:t>Shëndetit</w:t>
      </w:r>
      <w:proofErr w:type="spellEnd"/>
      <w:r w:rsidR="00756BB9" w:rsidRPr="009F52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756BB9" w:rsidRPr="009F5243">
        <w:rPr>
          <w:rFonts w:ascii="Times New Roman" w:hAnsi="Times New Roman" w:cs="Times New Roman"/>
          <w:b/>
          <w:bCs/>
        </w:rPr>
        <w:t>Publik</w:t>
      </w:r>
      <w:proofErr w:type="spellEnd"/>
      <w:r w:rsidR="00756BB9" w:rsidRPr="009F5243">
        <w:rPr>
          <w:rFonts w:ascii="Times New Roman" w:hAnsi="Times New Roman" w:cs="Times New Roman"/>
        </w:rPr>
        <w:t xml:space="preserve"> </w:t>
      </w:r>
      <w:r w:rsidRPr="009F5243">
        <w:rPr>
          <w:rFonts w:ascii="Times New Roman" w:hAnsi="Times New Roman" w:cs="Times New Roman"/>
        </w:rPr>
        <w:t xml:space="preserve">. </w:t>
      </w:r>
      <w:proofErr w:type="spellStart"/>
      <w:r w:rsidRPr="009F5243">
        <w:rPr>
          <w:rFonts w:ascii="Times New Roman" w:hAnsi="Times New Roman" w:cs="Times New Roman"/>
        </w:rPr>
        <w:t>Ka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një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="00756BB9" w:rsidRPr="009F5243">
        <w:rPr>
          <w:rFonts w:ascii="Times New Roman" w:hAnsi="Times New Roman" w:cs="Times New Roman"/>
        </w:rPr>
        <w:t>përvojë</w:t>
      </w:r>
      <w:proofErr w:type="spellEnd"/>
      <w:r w:rsidR="00756BB9" w:rsidRPr="009F5243">
        <w:rPr>
          <w:rFonts w:ascii="Times New Roman" w:hAnsi="Times New Roman" w:cs="Times New Roman"/>
        </w:rPr>
        <w:t xml:space="preserve"> </w:t>
      </w:r>
      <w:proofErr w:type="spellStart"/>
      <w:r w:rsidR="00756BB9" w:rsidRPr="009F5243">
        <w:rPr>
          <w:rFonts w:ascii="Times New Roman" w:hAnsi="Times New Roman" w:cs="Times New Roman"/>
        </w:rPr>
        <w:t>profesionale</w:t>
      </w:r>
      <w:proofErr w:type="spellEnd"/>
      <w:r w:rsidR="00756BB9" w:rsidRPr="009F5243">
        <w:rPr>
          <w:rFonts w:ascii="Times New Roman" w:hAnsi="Times New Roman" w:cs="Times New Roman"/>
        </w:rPr>
        <w:t xml:space="preserve"> </w:t>
      </w:r>
      <w:proofErr w:type="spellStart"/>
      <w:r w:rsidR="00756BB9" w:rsidRPr="009F5243">
        <w:rPr>
          <w:rFonts w:ascii="Times New Roman" w:hAnsi="Times New Roman" w:cs="Times New Roman"/>
        </w:rPr>
        <w:t>në</w:t>
      </w:r>
      <w:proofErr w:type="spellEnd"/>
      <w:r w:rsidR="00756BB9" w:rsidRPr="009F524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756BB9" w:rsidRPr="009F5243">
        <w:rPr>
          <w:rFonts w:ascii="Times New Roman" w:hAnsi="Times New Roman" w:cs="Times New Roman"/>
        </w:rPr>
        <w:t>fushën</w:t>
      </w:r>
      <w:proofErr w:type="spellEnd"/>
      <w:r w:rsidR="00756BB9" w:rsidRPr="009F5243">
        <w:rPr>
          <w:rFonts w:ascii="Times New Roman" w:hAnsi="Times New Roman" w:cs="Times New Roman"/>
        </w:rPr>
        <w:t xml:space="preserve">  </w:t>
      </w:r>
      <w:proofErr w:type="spellStart"/>
      <w:r w:rsidR="00756BB9" w:rsidRPr="009F5243">
        <w:rPr>
          <w:rFonts w:ascii="Times New Roman" w:hAnsi="Times New Roman" w:cs="Times New Roman"/>
          <w:b/>
          <w:bCs/>
        </w:rPr>
        <w:t>Mjekësi</w:t>
      </w:r>
      <w:proofErr w:type="spellEnd"/>
      <w:proofErr w:type="gramEnd"/>
      <w:r w:rsidRPr="009F5243">
        <w:rPr>
          <w:rFonts w:ascii="Times New Roman" w:hAnsi="Times New Roman" w:cs="Times New Roman"/>
        </w:rPr>
        <w:t xml:space="preserve">. </w:t>
      </w:r>
      <w:proofErr w:type="spellStart"/>
      <w:r w:rsidRPr="009F5243">
        <w:rPr>
          <w:rFonts w:ascii="Times New Roman" w:hAnsi="Times New Roman" w:cs="Times New Roman"/>
        </w:rPr>
        <w:t>Aktualisht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është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anëtar</w:t>
      </w:r>
      <w:proofErr w:type="spellEnd"/>
      <w:r w:rsidRPr="009F5243">
        <w:rPr>
          <w:rFonts w:ascii="Times New Roman" w:hAnsi="Times New Roman" w:cs="Times New Roman"/>
        </w:rPr>
        <w:t xml:space="preserve"> i </w:t>
      </w:r>
      <w:proofErr w:type="spellStart"/>
      <w:r w:rsidRPr="009F5243">
        <w:rPr>
          <w:rFonts w:ascii="Times New Roman" w:hAnsi="Times New Roman" w:cs="Times New Roman"/>
        </w:rPr>
        <w:t>Këshillit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Bashkiak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Kolonjë</w:t>
      </w:r>
      <w:proofErr w:type="spellEnd"/>
      <w:r w:rsidRPr="009F5243">
        <w:rPr>
          <w:rFonts w:ascii="Times New Roman" w:hAnsi="Times New Roman" w:cs="Times New Roman"/>
        </w:rPr>
        <w:t xml:space="preserve">, </w:t>
      </w:r>
      <w:proofErr w:type="spellStart"/>
      <w:r w:rsidRPr="009F5243">
        <w:rPr>
          <w:rFonts w:ascii="Times New Roman" w:hAnsi="Times New Roman" w:cs="Times New Roman"/>
        </w:rPr>
        <w:t>ku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angazhohet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përfaqësimin</w:t>
      </w:r>
      <w:proofErr w:type="spellEnd"/>
      <w:r w:rsidRPr="009F5243">
        <w:rPr>
          <w:rFonts w:ascii="Times New Roman" w:hAnsi="Times New Roman" w:cs="Times New Roman"/>
        </w:rPr>
        <w:t xml:space="preserve"> e </w:t>
      </w:r>
      <w:proofErr w:type="spellStart"/>
      <w:r w:rsidRPr="009F5243">
        <w:rPr>
          <w:rFonts w:ascii="Times New Roman" w:hAnsi="Times New Roman" w:cs="Times New Roman"/>
        </w:rPr>
        <w:t>interesave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të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komunitetit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dhe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procesin</w:t>
      </w:r>
      <w:proofErr w:type="spellEnd"/>
      <w:r w:rsidRPr="009F5243">
        <w:rPr>
          <w:rFonts w:ascii="Times New Roman" w:hAnsi="Times New Roman" w:cs="Times New Roman"/>
        </w:rPr>
        <w:t xml:space="preserve"> e </w:t>
      </w:r>
      <w:proofErr w:type="spellStart"/>
      <w:r w:rsidRPr="009F5243">
        <w:rPr>
          <w:rFonts w:ascii="Times New Roman" w:hAnsi="Times New Roman" w:cs="Times New Roman"/>
        </w:rPr>
        <w:t>vendimmarrjes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vendore</w:t>
      </w:r>
      <w:proofErr w:type="spellEnd"/>
    </w:p>
    <w:p w:rsidR="00756BB9" w:rsidRPr="009F5243" w:rsidRDefault="00756BB9" w:rsidP="00756BB9">
      <w:pPr>
        <w:pStyle w:val="Heading1"/>
        <w:rPr>
          <w:rFonts w:ascii="Times New Roman" w:hAnsi="Times New Roman" w:cs="Times New Roman"/>
        </w:rPr>
      </w:pPr>
      <w:r w:rsidRPr="009F5243">
        <w:rPr>
          <w:rFonts w:ascii="Times New Roman" w:hAnsi="Times New Roman" w:cs="Times New Roman"/>
        </w:rPr>
        <w:t>BIOGRAFI E SHKURTËR</w:t>
      </w:r>
    </w:p>
    <w:p w:rsidR="00756BB9" w:rsidRPr="009F5243" w:rsidRDefault="00756BB9" w:rsidP="00756BB9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Emri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dhe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Mbiemri</w:t>
      </w:r>
      <w:proofErr w:type="spellEnd"/>
      <w:r w:rsidRPr="009F5243">
        <w:rPr>
          <w:rFonts w:ascii="Times New Roman" w:hAnsi="Times New Roman" w:cs="Times New Roman"/>
          <w:b/>
        </w:rPr>
        <w:t xml:space="preserve">:  </w:t>
      </w:r>
      <w:r w:rsidRPr="009F5243">
        <w:rPr>
          <w:rFonts w:ascii="Times New Roman" w:hAnsi="Times New Roman" w:cs="Times New Roman"/>
        </w:rPr>
        <w:t xml:space="preserve">Tea </w:t>
      </w:r>
      <w:proofErr w:type="spellStart"/>
      <w:r w:rsidRPr="009F5243">
        <w:rPr>
          <w:rFonts w:ascii="Times New Roman" w:hAnsi="Times New Roman" w:cs="Times New Roman"/>
        </w:rPr>
        <w:t>Çaçani</w:t>
      </w:r>
      <w:proofErr w:type="spellEnd"/>
    </w:p>
    <w:p w:rsidR="00756BB9" w:rsidRPr="009F5243" w:rsidRDefault="00756BB9" w:rsidP="00756BB9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Datëlindja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r w:rsidRPr="009F5243">
        <w:rPr>
          <w:rFonts w:ascii="Times New Roman" w:hAnsi="Times New Roman" w:cs="Times New Roman"/>
        </w:rPr>
        <w:t>20.10.2024</w:t>
      </w:r>
    </w:p>
    <w:p w:rsidR="00756BB9" w:rsidRPr="009F5243" w:rsidRDefault="00756BB9" w:rsidP="00756BB9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Arsimi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r w:rsidRPr="009F5243">
        <w:rPr>
          <w:rFonts w:ascii="Times New Roman" w:hAnsi="Times New Roman" w:cs="Times New Roman"/>
        </w:rPr>
        <w:t xml:space="preserve">I </w:t>
      </w:r>
      <w:proofErr w:type="spellStart"/>
      <w:r w:rsidRPr="009F5243">
        <w:rPr>
          <w:rFonts w:ascii="Times New Roman" w:hAnsi="Times New Roman" w:cs="Times New Roman"/>
        </w:rPr>
        <w:t>Lartë</w:t>
      </w:r>
      <w:proofErr w:type="spellEnd"/>
    </w:p>
    <w:p w:rsidR="00756BB9" w:rsidRPr="009F5243" w:rsidRDefault="00756BB9" w:rsidP="008B3AE5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Funksioni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proofErr w:type="spellStart"/>
      <w:r w:rsidRPr="009F5243">
        <w:rPr>
          <w:rFonts w:ascii="Times New Roman" w:hAnsi="Times New Roman" w:cs="Times New Roman"/>
        </w:rPr>
        <w:t>Këshilltar</w:t>
      </w:r>
      <w:proofErr w:type="spellEnd"/>
      <w:r w:rsidRPr="009F5243">
        <w:rPr>
          <w:rFonts w:ascii="Times New Roman" w:hAnsi="Times New Roman" w:cs="Times New Roman"/>
        </w:rPr>
        <w:t xml:space="preserve"> i </w:t>
      </w:r>
      <w:proofErr w:type="spellStart"/>
      <w:r w:rsidRPr="009F5243">
        <w:rPr>
          <w:rFonts w:ascii="Times New Roman" w:hAnsi="Times New Roman" w:cs="Times New Roman"/>
        </w:rPr>
        <w:t>Këshillit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Bashkiak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Kolonjë</w:t>
      </w:r>
      <w:proofErr w:type="spellEnd"/>
      <w:r w:rsidRPr="009F5243">
        <w:rPr>
          <w:rFonts w:ascii="Times New Roman" w:hAnsi="Times New Roman" w:cs="Times New Roman"/>
        </w:rPr>
        <w:t>.</w:t>
      </w:r>
    </w:p>
    <w:p w:rsidR="00756BB9" w:rsidRPr="009F5243" w:rsidRDefault="00756BB9" w:rsidP="008B3AE5">
      <w:pPr>
        <w:rPr>
          <w:rFonts w:ascii="Times New Roman" w:hAnsi="Times New Roman" w:cs="Times New Roman"/>
        </w:rPr>
      </w:pPr>
    </w:p>
    <w:p w:rsidR="00756BB9" w:rsidRPr="009F5243" w:rsidRDefault="00756BB9" w:rsidP="00756BB9">
      <w:pPr>
        <w:rPr>
          <w:rFonts w:ascii="Times New Roman" w:hAnsi="Times New Roman" w:cs="Times New Roman"/>
        </w:rPr>
      </w:pPr>
      <w:r w:rsidRPr="009F5243">
        <w:rPr>
          <w:rFonts w:ascii="Times New Roman" w:hAnsi="Times New Roman" w:cs="Times New Roman"/>
          <w:b/>
        </w:rPr>
        <w:t>BIOGRAFI</w:t>
      </w:r>
    </w:p>
    <w:p w:rsidR="00756BB9" w:rsidRPr="009F5243" w:rsidRDefault="00756BB9" w:rsidP="00756BB9">
      <w:pPr>
        <w:rPr>
          <w:rFonts w:ascii="Times New Roman" w:hAnsi="Times New Roman" w:cs="Times New Roman"/>
        </w:rPr>
      </w:pPr>
      <w:proofErr w:type="spellStart"/>
      <w:proofErr w:type="gramStart"/>
      <w:r w:rsidRPr="009F5243">
        <w:rPr>
          <w:rFonts w:ascii="Times New Roman" w:hAnsi="Times New Roman" w:cs="Times New Roman"/>
        </w:rPr>
        <w:t>Znj</w:t>
      </w:r>
      <w:proofErr w:type="spellEnd"/>
      <w:r w:rsidRPr="009F5243">
        <w:rPr>
          <w:rFonts w:ascii="Times New Roman" w:hAnsi="Times New Roman" w:cs="Times New Roman"/>
        </w:rPr>
        <w:t xml:space="preserve">. </w:t>
      </w:r>
      <w:r w:rsidRPr="009F5243">
        <w:rPr>
          <w:rFonts w:ascii="Times New Roman" w:hAnsi="Times New Roman" w:cs="Times New Roman"/>
          <w:b/>
        </w:rPr>
        <w:t xml:space="preserve">Tea </w:t>
      </w:r>
      <w:proofErr w:type="spellStart"/>
      <w:r w:rsidRPr="009F5243">
        <w:rPr>
          <w:rFonts w:ascii="Times New Roman" w:hAnsi="Times New Roman" w:cs="Times New Roman"/>
          <w:b/>
        </w:rPr>
        <w:t>Çaçani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ka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lindur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më</w:t>
      </w:r>
      <w:proofErr w:type="spellEnd"/>
      <w:r w:rsidRPr="009F5243">
        <w:rPr>
          <w:rFonts w:ascii="Times New Roman" w:hAnsi="Times New Roman" w:cs="Times New Roman"/>
          <w:b/>
        </w:rPr>
        <w:t xml:space="preserve"> 20.10.2004</w:t>
      </w:r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Ersekë</w:t>
      </w:r>
      <w:proofErr w:type="spellEnd"/>
      <w:r w:rsidRPr="009F5243">
        <w:rPr>
          <w:rFonts w:ascii="Times New Roman" w:hAnsi="Times New Roman" w:cs="Times New Roman"/>
          <w:b/>
        </w:rPr>
        <w:t xml:space="preserve">, </w:t>
      </w:r>
      <w:proofErr w:type="spellStart"/>
      <w:r w:rsidRPr="009F5243">
        <w:rPr>
          <w:rFonts w:ascii="Times New Roman" w:hAnsi="Times New Roman" w:cs="Times New Roman"/>
          <w:b/>
        </w:rPr>
        <w:t>Kolonjë</w:t>
      </w:r>
      <w:proofErr w:type="spellEnd"/>
      <w:r w:rsidRPr="009F5243">
        <w:rPr>
          <w:rFonts w:ascii="Times New Roman" w:hAnsi="Times New Roman" w:cs="Times New Roman"/>
        </w:rPr>
        <w:t>.</w:t>
      </w:r>
      <w:proofErr w:type="gramEnd"/>
      <w:r w:rsidRPr="009F524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F5243">
        <w:rPr>
          <w:rFonts w:ascii="Times New Roman" w:hAnsi="Times New Roman" w:cs="Times New Roman"/>
        </w:rPr>
        <w:t>Aktualisht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është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përfundim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të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studimeve</w:t>
      </w:r>
      <w:proofErr w:type="spellEnd"/>
      <w:r w:rsidRPr="009F5243">
        <w:rPr>
          <w:rFonts w:ascii="Times New Roman" w:hAnsi="Times New Roman" w:cs="Times New Roman"/>
          <w:b/>
        </w:rPr>
        <w:t xml:space="preserve"> Bachelor </w:t>
      </w:r>
      <w:proofErr w:type="spellStart"/>
      <w:r w:rsidRPr="009F5243">
        <w:rPr>
          <w:rFonts w:ascii="Times New Roman" w:hAnsi="Times New Roman" w:cs="Times New Roman"/>
          <w:b/>
        </w:rPr>
        <w:t>në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degën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Administrim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dhe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Politika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Sociale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pranë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Fakultetit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të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Shkencave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Sociale</w:t>
      </w:r>
      <w:proofErr w:type="spellEnd"/>
      <w:r w:rsidRPr="009F5243">
        <w:rPr>
          <w:rFonts w:ascii="Times New Roman" w:hAnsi="Times New Roman" w:cs="Times New Roman"/>
          <w:b/>
        </w:rPr>
        <w:t>.</w:t>
      </w:r>
      <w:proofErr w:type="gramEnd"/>
      <w:r w:rsidRPr="009F524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F5243">
        <w:rPr>
          <w:rFonts w:ascii="Times New Roman" w:hAnsi="Times New Roman" w:cs="Times New Roman"/>
        </w:rPr>
        <w:t>Ka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marrë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pjesë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trajnime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dhe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aktivitete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të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ndryshme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fushën</w:t>
      </w:r>
      <w:proofErr w:type="spellEnd"/>
      <w:r w:rsidRPr="009F5243">
        <w:rPr>
          <w:rFonts w:ascii="Times New Roman" w:hAnsi="Times New Roman" w:cs="Times New Roman"/>
        </w:rPr>
        <w:t xml:space="preserve"> e </w:t>
      </w:r>
      <w:proofErr w:type="spellStart"/>
      <w:r w:rsidRPr="009F5243">
        <w:rPr>
          <w:rFonts w:ascii="Times New Roman" w:hAnsi="Times New Roman" w:cs="Times New Roman"/>
          <w:b/>
        </w:rPr>
        <w:t>qeverisjes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vendore</w:t>
      </w:r>
      <w:proofErr w:type="spellEnd"/>
      <w:r w:rsidRPr="009F5243">
        <w:rPr>
          <w:rFonts w:ascii="Times New Roman" w:hAnsi="Times New Roman" w:cs="Times New Roman"/>
          <w:b/>
        </w:rPr>
        <w:t xml:space="preserve">, </w:t>
      </w:r>
      <w:proofErr w:type="spellStart"/>
      <w:r w:rsidRPr="009F5243">
        <w:rPr>
          <w:rFonts w:ascii="Times New Roman" w:hAnsi="Times New Roman" w:cs="Times New Roman"/>
          <w:b/>
        </w:rPr>
        <w:t>politikave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sociale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dhe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angazhimit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qytetar</w:t>
      </w:r>
      <w:proofErr w:type="spellEnd"/>
      <w:r w:rsidRPr="009F5243">
        <w:rPr>
          <w:rFonts w:ascii="Times New Roman" w:hAnsi="Times New Roman" w:cs="Times New Roman"/>
        </w:rPr>
        <w:t>.</w:t>
      </w:r>
      <w:proofErr w:type="gramEnd"/>
      <w:r w:rsidRPr="009F524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F5243">
        <w:rPr>
          <w:rFonts w:ascii="Times New Roman" w:hAnsi="Times New Roman" w:cs="Times New Roman"/>
        </w:rPr>
        <w:t>Aktualisht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ushtron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funksionin</w:t>
      </w:r>
      <w:proofErr w:type="spellEnd"/>
      <w:r w:rsidRPr="009F5243">
        <w:rPr>
          <w:rFonts w:ascii="Times New Roman" w:hAnsi="Times New Roman" w:cs="Times New Roman"/>
        </w:rPr>
        <w:t xml:space="preserve"> e </w:t>
      </w:r>
      <w:proofErr w:type="spellStart"/>
      <w:r w:rsidRPr="009F5243">
        <w:rPr>
          <w:rFonts w:ascii="Times New Roman" w:hAnsi="Times New Roman" w:cs="Times New Roman"/>
        </w:rPr>
        <w:t>Këshilltares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së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Këshillit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Bashkiak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Kolonjë</w:t>
      </w:r>
      <w:proofErr w:type="spellEnd"/>
      <w:r w:rsidRPr="009F5243">
        <w:rPr>
          <w:rFonts w:ascii="Times New Roman" w:hAnsi="Times New Roman" w:cs="Times New Roman"/>
        </w:rPr>
        <w:t xml:space="preserve">, </w:t>
      </w:r>
      <w:proofErr w:type="spellStart"/>
      <w:r w:rsidRPr="009F5243">
        <w:rPr>
          <w:rFonts w:ascii="Times New Roman" w:hAnsi="Times New Roman" w:cs="Times New Roman"/>
        </w:rPr>
        <w:t>ku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angazhohet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përfaqësimin</w:t>
      </w:r>
      <w:proofErr w:type="spellEnd"/>
      <w:r w:rsidRPr="009F5243">
        <w:rPr>
          <w:rFonts w:ascii="Times New Roman" w:hAnsi="Times New Roman" w:cs="Times New Roman"/>
        </w:rPr>
        <w:t xml:space="preserve"> e </w:t>
      </w:r>
      <w:proofErr w:type="spellStart"/>
      <w:r w:rsidRPr="009F5243">
        <w:rPr>
          <w:rFonts w:ascii="Times New Roman" w:hAnsi="Times New Roman" w:cs="Times New Roman"/>
        </w:rPr>
        <w:t>interesave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të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komunitetit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dhe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procesin</w:t>
      </w:r>
      <w:proofErr w:type="spellEnd"/>
      <w:r w:rsidRPr="009F5243">
        <w:rPr>
          <w:rFonts w:ascii="Times New Roman" w:hAnsi="Times New Roman" w:cs="Times New Roman"/>
        </w:rPr>
        <w:t xml:space="preserve"> e </w:t>
      </w:r>
      <w:proofErr w:type="spellStart"/>
      <w:r w:rsidRPr="009F5243">
        <w:rPr>
          <w:rFonts w:ascii="Times New Roman" w:hAnsi="Times New Roman" w:cs="Times New Roman"/>
        </w:rPr>
        <w:t>vendimmarrjes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vendore</w:t>
      </w:r>
      <w:proofErr w:type="spellEnd"/>
      <w:r w:rsidRPr="009F5243">
        <w:rPr>
          <w:rFonts w:ascii="Times New Roman" w:hAnsi="Times New Roman" w:cs="Times New Roman"/>
        </w:rPr>
        <w:t>.</w:t>
      </w:r>
      <w:proofErr w:type="gramEnd"/>
    </w:p>
    <w:p w:rsidR="00FE3165" w:rsidRPr="009F5243" w:rsidRDefault="00FE3165" w:rsidP="00756BB9">
      <w:pPr>
        <w:rPr>
          <w:rFonts w:ascii="Times New Roman" w:hAnsi="Times New Roman" w:cs="Times New Roman"/>
        </w:rPr>
      </w:pPr>
    </w:p>
    <w:p w:rsidR="00FE3165" w:rsidRPr="009F5243" w:rsidRDefault="00FE3165" w:rsidP="00756BB9">
      <w:pPr>
        <w:rPr>
          <w:rFonts w:ascii="Times New Roman" w:hAnsi="Times New Roman" w:cs="Times New Roman"/>
        </w:rPr>
      </w:pPr>
    </w:p>
    <w:p w:rsidR="00FE3165" w:rsidRPr="009F5243" w:rsidRDefault="00FE3165" w:rsidP="00756BB9">
      <w:pPr>
        <w:rPr>
          <w:rFonts w:ascii="Times New Roman" w:hAnsi="Times New Roman" w:cs="Times New Roman"/>
        </w:rPr>
      </w:pPr>
    </w:p>
    <w:p w:rsidR="00FE3165" w:rsidRPr="009F5243" w:rsidRDefault="00FE3165" w:rsidP="00FE3165">
      <w:pPr>
        <w:pStyle w:val="Heading1"/>
        <w:rPr>
          <w:rFonts w:ascii="Times New Roman" w:hAnsi="Times New Roman" w:cs="Times New Roman"/>
        </w:rPr>
      </w:pPr>
      <w:r w:rsidRPr="009F5243">
        <w:rPr>
          <w:rFonts w:ascii="Times New Roman" w:hAnsi="Times New Roman" w:cs="Times New Roman"/>
        </w:rPr>
        <w:lastRenderedPageBreak/>
        <w:t>BIOGRAFI E SHKURTËR</w:t>
      </w:r>
    </w:p>
    <w:p w:rsidR="00FE3165" w:rsidRPr="009F5243" w:rsidRDefault="00FE3165" w:rsidP="00FE3165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Emri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dhe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Mbiemri</w:t>
      </w:r>
      <w:proofErr w:type="spellEnd"/>
      <w:r w:rsidRPr="009F5243">
        <w:rPr>
          <w:rFonts w:ascii="Times New Roman" w:hAnsi="Times New Roman" w:cs="Times New Roman"/>
          <w:b/>
        </w:rPr>
        <w:t xml:space="preserve">:  </w:t>
      </w:r>
      <w:r w:rsidRPr="009F5243">
        <w:rPr>
          <w:rFonts w:ascii="Times New Roman" w:hAnsi="Times New Roman" w:cs="Times New Roman"/>
        </w:rPr>
        <w:t xml:space="preserve">Alma </w:t>
      </w:r>
      <w:proofErr w:type="spellStart"/>
      <w:r w:rsidRPr="009F5243">
        <w:rPr>
          <w:rFonts w:ascii="Times New Roman" w:hAnsi="Times New Roman" w:cs="Times New Roman"/>
        </w:rPr>
        <w:t>Zeneli</w:t>
      </w:r>
      <w:proofErr w:type="spellEnd"/>
    </w:p>
    <w:p w:rsidR="00FE3165" w:rsidRPr="009F5243" w:rsidRDefault="00FE3165" w:rsidP="00FE3165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Datëlindja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r w:rsidRPr="009F5243">
        <w:rPr>
          <w:rFonts w:ascii="Times New Roman" w:hAnsi="Times New Roman" w:cs="Times New Roman"/>
        </w:rPr>
        <w:t>17.08.1972</w:t>
      </w:r>
    </w:p>
    <w:p w:rsidR="00FE3165" w:rsidRPr="009F5243" w:rsidRDefault="00FE3165" w:rsidP="00FE3165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Arsimi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r w:rsidRPr="009F5243">
        <w:rPr>
          <w:rFonts w:ascii="Times New Roman" w:hAnsi="Times New Roman" w:cs="Times New Roman"/>
        </w:rPr>
        <w:t xml:space="preserve">I </w:t>
      </w:r>
      <w:proofErr w:type="spellStart"/>
      <w:r w:rsidRPr="009F5243">
        <w:rPr>
          <w:rFonts w:ascii="Times New Roman" w:hAnsi="Times New Roman" w:cs="Times New Roman"/>
        </w:rPr>
        <w:t>Lartë</w:t>
      </w:r>
      <w:proofErr w:type="spellEnd"/>
    </w:p>
    <w:p w:rsidR="00FE3165" w:rsidRPr="009F5243" w:rsidRDefault="00FE3165" w:rsidP="00FE3165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Profesioni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proofErr w:type="spellStart"/>
      <w:r w:rsidRPr="009F5243">
        <w:rPr>
          <w:rFonts w:ascii="Times New Roman" w:hAnsi="Times New Roman" w:cs="Times New Roman"/>
        </w:rPr>
        <w:t>Mësuese</w:t>
      </w:r>
      <w:proofErr w:type="spellEnd"/>
    </w:p>
    <w:p w:rsidR="00FE3165" w:rsidRPr="009F5243" w:rsidRDefault="00FE3165" w:rsidP="00FE3165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Përvoja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profesionale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r w:rsidRPr="009F5243">
        <w:rPr>
          <w:rFonts w:ascii="Times New Roman" w:hAnsi="Times New Roman" w:cs="Times New Roman"/>
        </w:rPr>
        <w:t xml:space="preserve">26 </w:t>
      </w:r>
      <w:proofErr w:type="spellStart"/>
      <w:r w:rsidRPr="009F5243">
        <w:rPr>
          <w:rFonts w:ascii="Times New Roman" w:hAnsi="Times New Roman" w:cs="Times New Roman"/>
        </w:rPr>
        <w:t>vite</w:t>
      </w:r>
      <w:proofErr w:type="spellEnd"/>
    </w:p>
    <w:p w:rsidR="00FE3165" w:rsidRPr="009F5243" w:rsidRDefault="00FE3165" w:rsidP="00FE3165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Funksioni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proofErr w:type="spellStart"/>
      <w:r w:rsidRPr="009F5243">
        <w:rPr>
          <w:rFonts w:ascii="Times New Roman" w:hAnsi="Times New Roman" w:cs="Times New Roman"/>
        </w:rPr>
        <w:t>Këshilltar</w:t>
      </w:r>
      <w:proofErr w:type="spellEnd"/>
      <w:r w:rsidRPr="009F5243">
        <w:rPr>
          <w:rFonts w:ascii="Times New Roman" w:hAnsi="Times New Roman" w:cs="Times New Roman"/>
        </w:rPr>
        <w:t xml:space="preserve"> i </w:t>
      </w:r>
      <w:proofErr w:type="spellStart"/>
      <w:r w:rsidRPr="009F5243">
        <w:rPr>
          <w:rFonts w:ascii="Times New Roman" w:hAnsi="Times New Roman" w:cs="Times New Roman"/>
        </w:rPr>
        <w:t>Këshillit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Bashkiak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Kolonjë</w:t>
      </w:r>
      <w:proofErr w:type="spellEnd"/>
      <w:r w:rsidRPr="009F5243">
        <w:rPr>
          <w:rFonts w:ascii="Times New Roman" w:hAnsi="Times New Roman" w:cs="Times New Roman"/>
        </w:rPr>
        <w:t>.</w:t>
      </w:r>
    </w:p>
    <w:p w:rsidR="00FE3165" w:rsidRPr="009F5243" w:rsidRDefault="00FE3165" w:rsidP="00756BB9">
      <w:pPr>
        <w:rPr>
          <w:rFonts w:ascii="Times New Roman" w:hAnsi="Times New Roman" w:cs="Times New Roman"/>
        </w:rPr>
      </w:pPr>
    </w:p>
    <w:p w:rsidR="00FE3165" w:rsidRPr="009F5243" w:rsidRDefault="00FE3165" w:rsidP="00FE3165">
      <w:pPr>
        <w:rPr>
          <w:rFonts w:ascii="Times New Roman" w:hAnsi="Times New Roman" w:cs="Times New Roman"/>
        </w:rPr>
      </w:pPr>
      <w:r w:rsidRPr="009F5243">
        <w:rPr>
          <w:rFonts w:ascii="Times New Roman" w:hAnsi="Times New Roman" w:cs="Times New Roman"/>
          <w:b/>
        </w:rPr>
        <w:t>BIOGRAFI</w:t>
      </w:r>
    </w:p>
    <w:p w:rsidR="00FE3165" w:rsidRPr="009F5243" w:rsidRDefault="00FE3165" w:rsidP="00FE3165">
      <w:pPr>
        <w:rPr>
          <w:rFonts w:ascii="Times New Roman" w:hAnsi="Times New Roman" w:cs="Times New Roman"/>
        </w:rPr>
      </w:pPr>
      <w:proofErr w:type="spellStart"/>
      <w:proofErr w:type="gramStart"/>
      <w:r w:rsidRPr="009F5243">
        <w:rPr>
          <w:rFonts w:ascii="Times New Roman" w:hAnsi="Times New Roman" w:cs="Times New Roman"/>
        </w:rPr>
        <w:t>Znj</w:t>
      </w:r>
      <w:proofErr w:type="spellEnd"/>
      <w:r w:rsidRPr="009F5243">
        <w:rPr>
          <w:rFonts w:ascii="Times New Roman" w:hAnsi="Times New Roman" w:cs="Times New Roman"/>
        </w:rPr>
        <w:t xml:space="preserve">. </w:t>
      </w:r>
      <w:r w:rsidRPr="009F5243">
        <w:rPr>
          <w:rFonts w:ascii="Times New Roman" w:hAnsi="Times New Roman" w:cs="Times New Roman"/>
          <w:b/>
        </w:rPr>
        <w:t xml:space="preserve">Alma </w:t>
      </w:r>
      <w:proofErr w:type="spellStart"/>
      <w:r w:rsidRPr="009F5243">
        <w:rPr>
          <w:rFonts w:ascii="Times New Roman" w:hAnsi="Times New Roman" w:cs="Times New Roman"/>
          <w:b/>
        </w:rPr>
        <w:t>Zeneli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ka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lindur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më</w:t>
      </w:r>
      <w:proofErr w:type="spellEnd"/>
      <w:r w:rsidRPr="009F5243">
        <w:rPr>
          <w:rFonts w:ascii="Times New Roman" w:hAnsi="Times New Roman" w:cs="Times New Roman"/>
          <w:b/>
        </w:rPr>
        <w:t xml:space="preserve"> 17.08.1972</w:t>
      </w:r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Ersekë</w:t>
      </w:r>
      <w:proofErr w:type="spellEnd"/>
      <w:r w:rsidRPr="009F5243">
        <w:rPr>
          <w:rFonts w:ascii="Times New Roman" w:hAnsi="Times New Roman" w:cs="Times New Roman"/>
          <w:b/>
        </w:rPr>
        <w:t xml:space="preserve">, </w:t>
      </w:r>
      <w:proofErr w:type="spellStart"/>
      <w:r w:rsidRPr="009F5243">
        <w:rPr>
          <w:rFonts w:ascii="Times New Roman" w:hAnsi="Times New Roman" w:cs="Times New Roman"/>
          <w:b/>
        </w:rPr>
        <w:t>Kolonjë</w:t>
      </w:r>
      <w:proofErr w:type="spellEnd"/>
      <w:r w:rsidRPr="009F5243">
        <w:rPr>
          <w:rFonts w:ascii="Times New Roman" w:hAnsi="Times New Roman" w:cs="Times New Roman"/>
        </w:rPr>
        <w:t>.</w:t>
      </w:r>
      <w:proofErr w:type="gramEnd"/>
      <w:r w:rsidRPr="009F5243">
        <w:rPr>
          <w:rFonts w:ascii="Times New Roman" w:hAnsi="Times New Roman" w:cs="Times New Roman"/>
        </w:rPr>
        <w:t xml:space="preserve"> . </w:t>
      </w:r>
      <w:proofErr w:type="spellStart"/>
      <w:r w:rsidRPr="009F5243">
        <w:rPr>
          <w:rFonts w:ascii="Times New Roman" w:hAnsi="Times New Roman" w:cs="Times New Roman"/>
        </w:rPr>
        <w:t>Ka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përfunduar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studimet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fushen</w:t>
      </w:r>
      <w:proofErr w:type="spellEnd"/>
      <w:r w:rsidRPr="009F5243">
        <w:rPr>
          <w:rFonts w:ascii="Times New Roman" w:hAnsi="Times New Roman" w:cs="Times New Roman"/>
        </w:rPr>
        <w:t xml:space="preserve"> e</w:t>
      </w:r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mesuesis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dhe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ushtron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F5243">
        <w:rPr>
          <w:rFonts w:ascii="Times New Roman" w:hAnsi="Times New Roman" w:cs="Times New Roman"/>
        </w:rPr>
        <w:t>profesionin</w:t>
      </w:r>
      <w:proofErr w:type="spellEnd"/>
      <w:r w:rsidRPr="009F5243">
        <w:rPr>
          <w:rFonts w:ascii="Times New Roman" w:hAnsi="Times New Roman" w:cs="Times New Roman"/>
        </w:rPr>
        <w:t xml:space="preserve">  </w:t>
      </w:r>
      <w:proofErr w:type="spellStart"/>
      <w:r w:rsidRPr="009F5243">
        <w:rPr>
          <w:rFonts w:ascii="Times New Roman" w:hAnsi="Times New Roman" w:cs="Times New Roman"/>
          <w:b/>
        </w:rPr>
        <w:t>mësuese</w:t>
      </w:r>
      <w:proofErr w:type="spellEnd"/>
      <w:proofErr w:type="gramEnd"/>
      <w:r w:rsidRPr="009F5243">
        <w:rPr>
          <w:rFonts w:ascii="Times New Roman" w:hAnsi="Times New Roman" w:cs="Times New Roman"/>
        </w:rPr>
        <w:t xml:space="preserve"> . </w:t>
      </w:r>
      <w:proofErr w:type="spellStart"/>
      <w:r w:rsidRPr="009F5243">
        <w:rPr>
          <w:rFonts w:ascii="Times New Roman" w:hAnsi="Times New Roman" w:cs="Times New Roman"/>
        </w:rPr>
        <w:t>Ka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një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përvojë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profesionale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F5243">
        <w:rPr>
          <w:rFonts w:ascii="Times New Roman" w:hAnsi="Times New Roman" w:cs="Times New Roman"/>
        </w:rPr>
        <w:t>fushën</w:t>
      </w:r>
      <w:proofErr w:type="spellEnd"/>
      <w:r w:rsidRPr="009F5243">
        <w:rPr>
          <w:rFonts w:ascii="Times New Roman" w:hAnsi="Times New Roman" w:cs="Times New Roman"/>
        </w:rPr>
        <w:t xml:space="preserve">  </w:t>
      </w:r>
      <w:proofErr w:type="spellStart"/>
      <w:r w:rsidRPr="009F5243">
        <w:rPr>
          <w:rFonts w:ascii="Times New Roman" w:hAnsi="Times New Roman" w:cs="Times New Roman"/>
          <w:b/>
        </w:rPr>
        <w:t>Mësues</w:t>
      </w:r>
      <w:r w:rsidRPr="009F5243">
        <w:rPr>
          <w:rFonts w:ascii="Times New Roman" w:hAnsi="Times New Roman" w:cs="Times New Roman"/>
        </w:rPr>
        <w:t>i</w:t>
      </w:r>
      <w:proofErr w:type="spellEnd"/>
      <w:proofErr w:type="gramEnd"/>
      <w:r w:rsidRPr="009F5243">
        <w:rPr>
          <w:rFonts w:ascii="Times New Roman" w:hAnsi="Times New Roman" w:cs="Times New Roman"/>
        </w:rPr>
        <w:t xml:space="preserve">. </w:t>
      </w:r>
      <w:proofErr w:type="spellStart"/>
      <w:r w:rsidRPr="009F5243">
        <w:rPr>
          <w:rFonts w:ascii="Times New Roman" w:hAnsi="Times New Roman" w:cs="Times New Roman"/>
        </w:rPr>
        <w:t>Aktualisht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është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anëtar</w:t>
      </w:r>
      <w:proofErr w:type="spellEnd"/>
      <w:r w:rsidRPr="009F5243">
        <w:rPr>
          <w:rFonts w:ascii="Times New Roman" w:hAnsi="Times New Roman" w:cs="Times New Roman"/>
          <w:b/>
        </w:rPr>
        <w:t xml:space="preserve"> i </w:t>
      </w:r>
      <w:proofErr w:type="spellStart"/>
      <w:r w:rsidRPr="009F5243">
        <w:rPr>
          <w:rFonts w:ascii="Times New Roman" w:hAnsi="Times New Roman" w:cs="Times New Roman"/>
          <w:b/>
        </w:rPr>
        <w:t>Këshillit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Bashkiak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Kolonjë</w:t>
      </w:r>
      <w:proofErr w:type="spellEnd"/>
      <w:r w:rsidRPr="009F5243">
        <w:rPr>
          <w:rFonts w:ascii="Times New Roman" w:hAnsi="Times New Roman" w:cs="Times New Roman"/>
          <w:b/>
        </w:rPr>
        <w:t xml:space="preserve">, </w:t>
      </w:r>
      <w:proofErr w:type="spellStart"/>
      <w:r w:rsidRPr="009F5243">
        <w:rPr>
          <w:rFonts w:ascii="Times New Roman" w:hAnsi="Times New Roman" w:cs="Times New Roman"/>
        </w:rPr>
        <w:t>ku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angazhohet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përfaqësimin</w:t>
      </w:r>
      <w:proofErr w:type="spellEnd"/>
      <w:r w:rsidRPr="009F5243">
        <w:rPr>
          <w:rFonts w:ascii="Times New Roman" w:hAnsi="Times New Roman" w:cs="Times New Roman"/>
        </w:rPr>
        <w:t xml:space="preserve"> e </w:t>
      </w:r>
      <w:proofErr w:type="spellStart"/>
      <w:r w:rsidRPr="009F5243">
        <w:rPr>
          <w:rFonts w:ascii="Times New Roman" w:hAnsi="Times New Roman" w:cs="Times New Roman"/>
        </w:rPr>
        <w:t>interesave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të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komunitetit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dhe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procesin</w:t>
      </w:r>
      <w:proofErr w:type="spellEnd"/>
      <w:r w:rsidRPr="009F5243">
        <w:rPr>
          <w:rFonts w:ascii="Times New Roman" w:hAnsi="Times New Roman" w:cs="Times New Roman"/>
        </w:rPr>
        <w:t xml:space="preserve"> e </w:t>
      </w:r>
      <w:proofErr w:type="spellStart"/>
      <w:r w:rsidRPr="009F5243">
        <w:rPr>
          <w:rFonts w:ascii="Times New Roman" w:hAnsi="Times New Roman" w:cs="Times New Roman"/>
        </w:rPr>
        <w:t>vendimmarrjes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vendore</w:t>
      </w:r>
      <w:proofErr w:type="spellEnd"/>
    </w:p>
    <w:p w:rsidR="009F5243" w:rsidRPr="009F5243" w:rsidRDefault="009F5243" w:rsidP="009F5243">
      <w:pPr>
        <w:pStyle w:val="Heading1"/>
        <w:rPr>
          <w:rFonts w:ascii="Times New Roman" w:hAnsi="Times New Roman" w:cs="Times New Roman"/>
        </w:rPr>
      </w:pPr>
      <w:r w:rsidRPr="009F5243">
        <w:rPr>
          <w:rFonts w:ascii="Times New Roman" w:hAnsi="Times New Roman" w:cs="Times New Roman"/>
        </w:rPr>
        <w:t>BIOGRAFI E SHKURTËR</w:t>
      </w:r>
    </w:p>
    <w:p w:rsidR="009F5243" w:rsidRPr="009F5243" w:rsidRDefault="009F5243" w:rsidP="009F5243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Emri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dhe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Mbiemri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proofErr w:type="spellStart"/>
      <w:r w:rsidRPr="009576F8">
        <w:rPr>
          <w:rFonts w:ascii="Times New Roman" w:hAnsi="Times New Roman" w:cs="Times New Roman"/>
          <w:sz w:val="24"/>
          <w:szCs w:val="24"/>
        </w:rPr>
        <w:t>Ezmeralda</w:t>
      </w:r>
      <w:proofErr w:type="spellEnd"/>
      <w:r w:rsidRPr="009576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76F8">
        <w:rPr>
          <w:rFonts w:ascii="Times New Roman" w:hAnsi="Times New Roman" w:cs="Times New Roman"/>
          <w:sz w:val="24"/>
          <w:szCs w:val="24"/>
        </w:rPr>
        <w:t>Avdi</w:t>
      </w:r>
      <w:proofErr w:type="spellEnd"/>
    </w:p>
    <w:p w:rsidR="009F5243" w:rsidRPr="009576F8" w:rsidRDefault="009F5243" w:rsidP="009F524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576F8">
        <w:rPr>
          <w:rFonts w:ascii="Times New Roman" w:hAnsi="Times New Roman" w:cs="Times New Roman"/>
          <w:b/>
          <w:sz w:val="24"/>
          <w:szCs w:val="24"/>
        </w:rPr>
        <w:t>Datëlindja</w:t>
      </w:r>
      <w:proofErr w:type="spellEnd"/>
      <w:r w:rsidRPr="009576F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576F8">
        <w:rPr>
          <w:rFonts w:ascii="Times New Roman" w:hAnsi="Times New Roman" w:cs="Times New Roman"/>
          <w:sz w:val="24"/>
          <w:szCs w:val="24"/>
        </w:rPr>
        <w:t>04.06.1996</w:t>
      </w:r>
    </w:p>
    <w:p w:rsidR="009F5243" w:rsidRPr="009576F8" w:rsidRDefault="009F5243" w:rsidP="009F524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576F8">
        <w:rPr>
          <w:rFonts w:ascii="Times New Roman" w:hAnsi="Times New Roman" w:cs="Times New Roman"/>
          <w:b/>
          <w:sz w:val="24"/>
          <w:szCs w:val="24"/>
        </w:rPr>
        <w:t>Arsimi</w:t>
      </w:r>
      <w:proofErr w:type="spellEnd"/>
      <w:r w:rsidRPr="009576F8">
        <w:rPr>
          <w:rFonts w:ascii="Times New Roman" w:hAnsi="Times New Roman" w:cs="Times New Roman"/>
          <w:b/>
          <w:sz w:val="24"/>
          <w:szCs w:val="24"/>
        </w:rPr>
        <w:t xml:space="preserve">:         </w:t>
      </w:r>
      <w:proofErr w:type="gramStart"/>
      <w:r w:rsidRPr="009576F8">
        <w:rPr>
          <w:rFonts w:ascii="Times New Roman" w:hAnsi="Times New Roman" w:cs="Times New Roman"/>
          <w:sz w:val="24"/>
          <w:szCs w:val="24"/>
        </w:rPr>
        <w:t xml:space="preserve">I  </w:t>
      </w:r>
      <w:proofErr w:type="spellStart"/>
      <w:r w:rsidRPr="009576F8">
        <w:rPr>
          <w:rFonts w:ascii="Times New Roman" w:hAnsi="Times New Roman" w:cs="Times New Roman"/>
          <w:sz w:val="24"/>
          <w:szCs w:val="24"/>
        </w:rPr>
        <w:t>Lartë</w:t>
      </w:r>
      <w:proofErr w:type="spellEnd"/>
      <w:proofErr w:type="gramEnd"/>
    </w:p>
    <w:p w:rsidR="009F5243" w:rsidRPr="009576F8" w:rsidRDefault="009F5243" w:rsidP="009F524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576F8">
        <w:rPr>
          <w:rFonts w:ascii="Times New Roman" w:hAnsi="Times New Roman" w:cs="Times New Roman"/>
          <w:b/>
          <w:sz w:val="24"/>
          <w:szCs w:val="24"/>
        </w:rPr>
        <w:t>Profesioni</w:t>
      </w:r>
      <w:proofErr w:type="spellEnd"/>
      <w:r w:rsidRPr="009576F8">
        <w:rPr>
          <w:rFonts w:ascii="Times New Roman" w:hAnsi="Times New Roman" w:cs="Times New Roman"/>
          <w:b/>
          <w:sz w:val="24"/>
          <w:szCs w:val="24"/>
        </w:rPr>
        <w:t xml:space="preserve">:  </w:t>
      </w:r>
      <w:proofErr w:type="spellStart"/>
      <w:r w:rsidRPr="009576F8">
        <w:rPr>
          <w:rFonts w:ascii="Times New Roman" w:hAnsi="Times New Roman" w:cs="Times New Roman"/>
          <w:sz w:val="24"/>
          <w:szCs w:val="24"/>
        </w:rPr>
        <w:t>Mami</w:t>
      </w:r>
      <w:proofErr w:type="spellEnd"/>
    </w:p>
    <w:p w:rsidR="009F5243" w:rsidRPr="009576F8" w:rsidRDefault="009F5243" w:rsidP="009F524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576F8">
        <w:rPr>
          <w:rFonts w:ascii="Times New Roman" w:hAnsi="Times New Roman" w:cs="Times New Roman"/>
          <w:b/>
          <w:sz w:val="24"/>
          <w:szCs w:val="24"/>
        </w:rPr>
        <w:t>Përvoja</w:t>
      </w:r>
      <w:proofErr w:type="spellEnd"/>
      <w:r w:rsidRPr="009576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76F8">
        <w:rPr>
          <w:rFonts w:ascii="Times New Roman" w:hAnsi="Times New Roman" w:cs="Times New Roman"/>
          <w:b/>
          <w:sz w:val="24"/>
          <w:szCs w:val="24"/>
        </w:rPr>
        <w:t>profesionale</w:t>
      </w:r>
      <w:proofErr w:type="spellEnd"/>
      <w:r w:rsidRPr="009576F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576F8">
        <w:rPr>
          <w:rFonts w:ascii="Times New Roman" w:hAnsi="Times New Roman" w:cs="Times New Roman"/>
          <w:sz w:val="24"/>
          <w:szCs w:val="24"/>
        </w:rPr>
        <w:t>2-vjeçare</w:t>
      </w:r>
    </w:p>
    <w:p w:rsidR="009F5243" w:rsidRPr="009F5243" w:rsidRDefault="009F5243" w:rsidP="009576F8">
      <w:pPr>
        <w:tabs>
          <w:tab w:val="left" w:pos="7140"/>
        </w:tabs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Funksioni</w:t>
      </w:r>
      <w:proofErr w:type="spellEnd"/>
      <w:r w:rsidRPr="009F5243">
        <w:rPr>
          <w:rFonts w:ascii="Times New Roman" w:hAnsi="Times New Roman" w:cs="Times New Roman"/>
          <w:b/>
        </w:rPr>
        <w:t xml:space="preserve">: </w:t>
      </w:r>
      <w:proofErr w:type="spellStart"/>
      <w:r w:rsidRPr="009F5243">
        <w:rPr>
          <w:rFonts w:ascii="Times New Roman" w:hAnsi="Times New Roman" w:cs="Times New Roman"/>
        </w:rPr>
        <w:t>Këshilltare</w:t>
      </w:r>
      <w:proofErr w:type="spellEnd"/>
      <w:r w:rsidRPr="009F5243">
        <w:rPr>
          <w:rFonts w:ascii="Times New Roman" w:hAnsi="Times New Roman" w:cs="Times New Roman"/>
        </w:rPr>
        <w:t xml:space="preserve"> e </w:t>
      </w:r>
      <w:proofErr w:type="spellStart"/>
      <w:r w:rsidRPr="009F5243">
        <w:rPr>
          <w:rFonts w:ascii="Times New Roman" w:hAnsi="Times New Roman" w:cs="Times New Roman"/>
        </w:rPr>
        <w:t>Këshillit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Bashkiak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Kolonjë</w:t>
      </w:r>
      <w:proofErr w:type="spellEnd"/>
      <w:r w:rsidRPr="009F5243">
        <w:rPr>
          <w:rFonts w:ascii="Times New Roman" w:hAnsi="Times New Roman" w:cs="Times New Roman"/>
        </w:rPr>
        <w:t>.</w:t>
      </w:r>
      <w:r w:rsidR="009576F8">
        <w:rPr>
          <w:rFonts w:ascii="Times New Roman" w:hAnsi="Times New Roman" w:cs="Times New Roman"/>
        </w:rPr>
        <w:tab/>
      </w:r>
    </w:p>
    <w:p w:rsidR="009F5243" w:rsidRPr="009F5243" w:rsidRDefault="009F5243" w:rsidP="009F5243">
      <w:pPr>
        <w:rPr>
          <w:rFonts w:ascii="Times New Roman" w:hAnsi="Times New Roman" w:cs="Times New Roman"/>
        </w:rPr>
      </w:pPr>
    </w:p>
    <w:p w:rsidR="009F5243" w:rsidRPr="009F5243" w:rsidRDefault="009F5243" w:rsidP="009F5243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  <w:b/>
        </w:rPr>
        <w:t>Biografi</w:t>
      </w:r>
      <w:proofErr w:type="spellEnd"/>
      <w:r w:rsidRPr="009F5243">
        <w:rPr>
          <w:rFonts w:ascii="Times New Roman" w:hAnsi="Times New Roman" w:cs="Times New Roman"/>
          <w:b/>
        </w:rPr>
        <w:t>:</w:t>
      </w:r>
    </w:p>
    <w:p w:rsidR="009F5243" w:rsidRDefault="009F5243" w:rsidP="009F5243">
      <w:pPr>
        <w:rPr>
          <w:rFonts w:ascii="Times New Roman" w:hAnsi="Times New Roman" w:cs="Times New Roman"/>
        </w:rPr>
      </w:pPr>
      <w:proofErr w:type="spellStart"/>
      <w:r w:rsidRPr="009F5243">
        <w:rPr>
          <w:rFonts w:ascii="Times New Roman" w:hAnsi="Times New Roman" w:cs="Times New Roman"/>
        </w:rPr>
        <w:t>Znj</w:t>
      </w:r>
      <w:proofErr w:type="spellEnd"/>
      <w:r w:rsidRPr="009F5243">
        <w:rPr>
          <w:rFonts w:ascii="Times New Roman" w:hAnsi="Times New Roman" w:cs="Times New Roman"/>
        </w:rPr>
        <w:t xml:space="preserve">. </w:t>
      </w:r>
      <w:proofErr w:type="spellStart"/>
      <w:r w:rsidRPr="009F5243">
        <w:rPr>
          <w:rFonts w:ascii="Times New Roman" w:hAnsi="Times New Roman" w:cs="Times New Roman"/>
          <w:b/>
        </w:rPr>
        <w:t>Ezmeralda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Pr="009F5243">
        <w:rPr>
          <w:rFonts w:ascii="Times New Roman" w:hAnsi="Times New Roman" w:cs="Times New Roman"/>
          <w:b/>
        </w:rPr>
        <w:t>Avdi</w:t>
      </w:r>
      <w:proofErr w:type="spellEnd"/>
      <w:r w:rsidRPr="009F5243">
        <w:rPr>
          <w:rFonts w:ascii="Times New Roman" w:hAnsi="Times New Roman" w:cs="Times New Roman"/>
          <w:b/>
        </w:rPr>
        <w:t xml:space="preserve">  </w:t>
      </w:r>
      <w:proofErr w:type="spellStart"/>
      <w:r w:rsidRPr="009F5243">
        <w:rPr>
          <w:rFonts w:ascii="Times New Roman" w:hAnsi="Times New Roman" w:cs="Times New Roman"/>
        </w:rPr>
        <w:t>ka</w:t>
      </w:r>
      <w:proofErr w:type="spellEnd"/>
      <w:proofErr w:type="gram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lindur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më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r w:rsidRPr="009F5243">
        <w:rPr>
          <w:rFonts w:ascii="Times New Roman" w:hAnsi="Times New Roman" w:cs="Times New Roman"/>
          <w:b/>
        </w:rPr>
        <w:t>04.06.1996</w:t>
      </w:r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 </w:t>
      </w:r>
      <w:proofErr w:type="spellStart"/>
      <w:r w:rsidRPr="009F5243">
        <w:rPr>
          <w:rFonts w:ascii="Times New Roman" w:hAnsi="Times New Roman" w:cs="Times New Roman"/>
          <w:b/>
        </w:rPr>
        <w:t>Ersek</w:t>
      </w:r>
      <w:r w:rsidRPr="009F5243">
        <w:rPr>
          <w:rFonts w:ascii="Times New Roman" w:hAnsi="Times New Roman" w:cs="Times New Roman"/>
        </w:rPr>
        <w:t>ë</w:t>
      </w:r>
      <w:proofErr w:type="spellEnd"/>
      <w:r w:rsidRPr="009F5243">
        <w:rPr>
          <w:rFonts w:ascii="Times New Roman" w:hAnsi="Times New Roman" w:cs="Times New Roman"/>
        </w:rPr>
        <w:t xml:space="preserve">. </w:t>
      </w:r>
      <w:proofErr w:type="spellStart"/>
      <w:r w:rsidRPr="009F5243">
        <w:rPr>
          <w:rFonts w:ascii="Times New Roman" w:hAnsi="Times New Roman" w:cs="Times New Roman"/>
        </w:rPr>
        <w:t>Ka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përfunduar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studimet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Universitetin</w:t>
      </w:r>
      <w:proofErr w:type="spellEnd"/>
      <w:r w:rsidRPr="009F5243">
        <w:rPr>
          <w:rFonts w:ascii="Times New Roman" w:hAnsi="Times New Roman" w:cs="Times New Roman"/>
          <w:b/>
        </w:rPr>
        <w:t xml:space="preserve">” Fan S </w:t>
      </w:r>
      <w:proofErr w:type="spellStart"/>
      <w:r w:rsidRPr="009F5243">
        <w:rPr>
          <w:rFonts w:ascii="Times New Roman" w:hAnsi="Times New Roman" w:cs="Times New Roman"/>
          <w:b/>
        </w:rPr>
        <w:t>Noli”Korçë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dhe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ushtron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profesionin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F5243">
        <w:rPr>
          <w:rFonts w:ascii="Times New Roman" w:hAnsi="Times New Roman" w:cs="Times New Roman"/>
          <w:b/>
        </w:rPr>
        <w:t>Mami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r w:rsidRPr="009F5243">
        <w:rPr>
          <w:rFonts w:ascii="Times New Roman" w:hAnsi="Times New Roman" w:cs="Times New Roman"/>
        </w:rPr>
        <w:t>.</w:t>
      </w:r>
      <w:proofErr w:type="gram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Ka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një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përvojë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profesionale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fushën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r w:rsidRPr="009F5243">
        <w:rPr>
          <w:rFonts w:ascii="Times New Roman" w:hAnsi="Times New Roman" w:cs="Times New Roman"/>
          <w:b/>
        </w:rPr>
        <w:t xml:space="preserve">e </w:t>
      </w:r>
      <w:proofErr w:type="spellStart"/>
      <w:proofErr w:type="gramStart"/>
      <w:r w:rsidRPr="009F5243">
        <w:rPr>
          <w:rFonts w:ascii="Times New Roman" w:hAnsi="Times New Roman" w:cs="Times New Roman"/>
          <w:b/>
        </w:rPr>
        <w:t>shendetesise</w:t>
      </w:r>
      <w:proofErr w:type="spellEnd"/>
      <w:r w:rsidRPr="009F5243">
        <w:rPr>
          <w:rFonts w:ascii="Times New Roman" w:hAnsi="Times New Roman" w:cs="Times New Roman"/>
          <w:b/>
        </w:rPr>
        <w:t xml:space="preserve">  </w:t>
      </w:r>
      <w:proofErr w:type="spellStart"/>
      <w:r w:rsidRPr="009F5243">
        <w:rPr>
          <w:rFonts w:ascii="Times New Roman" w:hAnsi="Times New Roman" w:cs="Times New Roman"/>
          <w:b/>
        </w:rPr>
        <w:t>prej</w:t>
      </w:r>
      <w:proofErr w:type="spellEnd"/>
      <w:proofErr w:type="gramEnd"/>
      <w:r w:rsidRPr="009F5243">
        <w:rPr>
          <w:rFonts w:ascii="Times New Roman" w:hAnsi="Times New Roman" w:cs="Times New Roman"/>
          <w:b/>
        </w:rPr>
        <w:t xml:space="preserve">  2 </w:t>
      </w:r>
      <w:proofErr w:type="spellStart"/>
      <w:r w:rsidRPr="009F5243">
        <w:rPr>
          <w:rFonts w:ascii="Times New Roman" w:hAnsi="Times New Roman" w:cs="Times New Roman"/>
          <w:b/>
        </w:rPr>
        <w:t>vjet</w:t>
      </w:r>
      <w:proofErr w:type="spellEnd"/>
      <w:r w:rsidRPr="009F5243">
        <w:rPr>
          <w:rFonts w:ascii="Times New Roman" w:hAnsi="Times New Roman" w:cs="Times New Roman"/>
        </w:rPr>
        <w:t xml:space="preserve"> . </w:t>
      </w:r>
      <w:proofErr w:type="spellStart"/>
      <w:proofErr w:type="gramStart"/>
      <w:r w:rsidRPr="009F5243">
        <w:rPr>
          <w:rFonts w:ascii="Times New Roman" w:hAnsi="Times New Roman" w:cs="Times New Roman"/>
        </w:rPr>
        <w:t>Aktualisht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është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anëtare</w:t>
      </w:r>
      <w:proofErr w:type="spellEnd"/>
      <w:r w:rsidRPr="009F5243">
        <w:rPr>
          <w:rFonts w:ascii="Times New Roman" w:hAnsi="Times New Roman" w:cs="Times New Roman"/>
          <w:b/>
        </w:rPr>
        <w:t xml:space="preserve"> e </w:t>
      </w:r>
      <w:proofErr w:type="spellStart"/>
      <w:r w:rsidRPr="009F5243">
        <w:rPr>
          <w:rFonts w:ascii="Times New Roman" w:hAnsi="Times New Roman" w:cs="Times New Roman"/>
          <w:b/>
        </w:rPr>
        <w:t>Këshillit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Bashkiak</w:t>
      </w:r>
      <w:proofErr w:type="spellEnd"/>
      <w:r w:rsidRPr="009F5243">
        <w:rPr>
          <w:rFonts w:ascii="Times New Roman" w:hAnsi="Times New Roman" w:cs="Times New Roman"/>
          <w:b/>
        </w:rPr>
        <w:t xml:space="preserve"> </w:t>
      </w:r>
      <w:proofErr w:type="spellStart"/>
      <w:r w:rsidRPr="009F5243">
        <w:rPr>
          <w:rFonts w:ascii="Times New Roman" w:hAnsi="Times New Roman" w:cs="Times New Roman"/>
          <w:b/>
        </w:rPr>
        <w:t>Kolonjë</w:t>
      </w:r>
      <w:proofErr w:type="spellEnd"/>
      <w:r w:rsidRPr="009F5243">
        <w:rPr>
          <w:rFonts w:ascii="Times New Roman" w:hAnsi="Times New Roman" w:cs="Times New Roman"/>
          <w:b/>
        </w:rPr>
        <w:t>,</w:t>
      </w:r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ku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angazhohet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përfaqësimin</w:t>
      </w:r>
      <w:proofErr w:type="spellEnd"/>
      <w:r w:rsidRPr="009F5243">
        <w:rPr>
          <w:rFonts w:ascii="Times New Roman" w:hAnsi="Times New Roman" w:cs="Times New Roman"/>
        </w:rPr>
        <w:t xml:space="preserve"> e </w:t>
      </w:r>
      <w:proofErr w:type="spellStart"/>
      <w:r w:rsidRPr="009F5243">
        <w:rPr>
          <w:rFonts w:ascii="Times New Roman" w:hAnsi="Times New Roman" w:cs="Times New Roman"/>
        </w:rPr>
        <w:t>interesave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të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komunitetit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dhe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në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procesin</w:t>
      </w:r>
      <w:proofErr w:type="spellEnd"/>
      <w:r w:rsidRPr="009F5243">
        <w:rPr>
          <w:rFonts w:ascii="Times New Roman" w:hAnsi="Times New Roman" w:cs="Times New Roman"/>
        </w:rPr>
        <w:t xml:space="preserve"> e </w:t>
      </w:r>
      <w:proofErr w:type="spellStart"/>
      <w:r w:rsidRPr="009F5243">
        <w:rPr>
          <w:rFonts w:ascii="Times New Roman" w:hAnsi="Times New Roman" w:cs="Times New Roman"/>
        </w:rPr>
        <w:t>vendimmarrjes</w:t>
      </w:r>
      <w:proofErr w:type="spellEnd"/>
      <w:r w:rsidRPr="009F5243">
        <w:rPr>
          <w:rFonts w:ascii="Times New Roman" w:hAnsi="Times New Roman" w:cs="Times New Roman"/>
        </w:rPr>
        <w:t xml:space="preserve"> </w:t>
      </w:r>
      <w:proofErr w:type="spellStart"/>
      <w:r w:rsidRPr="009F5243">
        <w:rPr>
          <w:rFonts w:ascii="Times New Roman" w:hAnsi="Times New Roman" w:cs="Times New Roman"/>
        </w:rPr>
        <w:t>vendore</w:t>
      </w:r>
      <w:proofErr w:type="spellEnd"/>
      <w:r w:rsidRPr="009F5243">
        <w:rPr>
          <w:rFonts w:ascii="Times New Roman" w:hAnsi="Times New Roman" w:cs="Times New Roman"/>
        </w:rPr>
        <w:t>.</w:t>
      </w:r>
      <w:proofErr w:type="gramEnd"/>
    </w:p>
    <w:p w:rsidR="00782258" w:rsidRDefault="00782258" w:rsidP="009F5243">
      <w:pPr>
        <w:rPr>
          <w:rFonts w:ascii="Times New Roman" w:hAnsi="Times New Roman" w:cs="Times New Roman"/>
        </w:rPr>
      </w:pPr>
    </w:p>
    <w:p w:rsidR="00782258" w:rsidRDefault="00782258" w:rsidP="009F5243">
      <w:pPr>
        <w:rPr>
          <w:rFonts w:ascii="Times New Roman" w:hAnsi="Times New Roman" w:cs="Times New Roman"/>
        </w:rPr>
      </w:pPr>
    </w:p>
    <w:p w:rsidR="00782258" w:rsidRPr="00D346EC" w:rsidRDefault="00782258" w:rsidP="00782258">
      <w:pPr>
        <w:pStyle w:val="Heading1"/>
        <w:rPr>
          <w:rFonts w:ascii="Times New Roman" w:hAnsi="Times New Roman" w:cs="Times New Roman"/>
        </w:rPr>
      </w:pPr>
      <w:bookmarkStart w:id="0" w:name="_Hlk239152341"/>
      <w:r>
        <w:lastRenderedPageBreak/>
        <w:t>BIOGRAFI E SHKURTËR</w:t>
      </w:r>
    </w:p>
    <w:p w:rsidR="00782258" w:rsidRPr="00D346EC" w:rsidRDefault="00782258" w:rsidP="00782258">
      <w:pPr>
        <w:rPr>
          <w:rFonts w:ascii="Times New Roman" w:hAnsi="Times New Roman" w:cs="Times New Roman"/>
        </w:rPr>
      </w:pPr>
    </w:p>
    <w:p w:rsidR="00782258" w:rsidRPr="00D346EC" w:rsidRDefault="00782258" w:rsidP="00782258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Emri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dhe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Mbiemri</w:t>
      </w:r>
      <w:proofErr w:type="spellEnd"/>
      <w:r w:rsidRPr="00D346EC">
        <w:rPr>
          <w:rFonts w:ascii="Times New Roman" w:hAnsi="Times New Roman" w:cs="Times New Roman"/>
          <w:b/>
        </w:rPr>
        <w:t xml:space="preserve">: </w:t>
      </w:r>
      <w:proofErr w:type="spellStart"/>
      <w:r w:rsidRPr="00D346EC">
        <w:rPr>
          <w:rFonts w:ascii="Times New Roman" w:hAnsi="Times New Roman" w:cs="Times New Roman"/>
        </w:rPr>
        <w:t>Eraldo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Xhelili</w:t>
      </w:r>
      <w:proofErr w:type="spellEnd"/>
    </w:p>
    <w:p w:rsidR="00782258" w:rsidRPr="00D346EC" w:rsidRDefault="00782258" w:rsidP="00782258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Datëlindja</w:t>
      </w:r>
      <w:proofErr w:type="spellEnd"/>
      <w:r w:rsidRPr="00D346EC">
        <w:rPr>
          <w:rFonts w:ascii="Times New Roman" w:hAnsi="Times New Roman" w:cs="Times New Roman"/>
          <w:b/>
        </w:rPr>
        <w:t xml:space="preserve">: </w:t>
      </w:r>
      <w:r w:rsidRPr="00D346EC">
        <w:rPr>
          <w:rFonts w:ascii="Times New Roman" w:hAnsi="Times New Roman" w:cs="Times New Roman"/>
        </w:rPr>
        <w:t>17.03.1992</w:t>
      </w:r>
    </w:p>
    <w:p w:rsidR="00782258" w:rsidRPr="00D346EC" w:rsidRDefault="00782258" w:rsidP="00782258">
      <w:pPr>
        <w:rPr>
          <w:rFonts w:ascii="Times New Roman" w:hAnsi="Times New Roman" w:cs="Times New Roman"/>
          <w:lang w:val="it-IT"/>
        </w:rPr>
      </w:pPr>
      <w:proofErr w:type="spellStart"/>
      <w:r w:rsidRPr="00D346EC">
        <w:rPr>
          <w:rFonts w:ascii="Times New Roman" w:hAnsi="Times New Roman" w:cs="Times New Roman"/>
          <w:b/>
        </w:rPr>
        <w:t>Arsimi</w:t>
      </w:r>
      <w:proofErr w:type="spellEnd"/>
      <w:r w:rsidRPr="00D346EC">
        <w:rPr>
          <w:rFonts w:ascii="Times New Roman" w:hAnsi="Times New Roman" w:cs="Times New Roman"/>
          <w:b/>
        </w:rPr>
        <w:t xml:space="preserve">: </w:t>
      </w:r>
      <w:r w:rsidRPr="00D346EC">
        <w:rPr>
          <w:rFonts w:ascii="Times New Roman" w:hAnsi="Times New Roman" w:cs="Times New Roman"/>
        </w:rPr>
        <w:t xml:space="preserve">Bachelor </w:t>
      </w:r>
      <w:proofErr w:type="spellStart"/>
      <w:r w:rsidRPr="00D346EC">
        <w:rPr>
          <w:rFonts w:ascii="Times New Roman" w:hAnsi="Times New Roman" w:cs="Times New Roman"/>
        </w:rPr>
        <w:t>në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Inxhinieri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Gjeodezi</w:t>
      </w:r>
      <w:proofErr w:type="spellEnd"/>
      <w:r w:rsidRPr="00D346EC">
        <w:rPr>
          <w:rFonts w:ascii="Times New Roman" w:hAnsi="Times New Roman" w:cs="Times New Roman"/>
        </w:rPr>
        <w:t xml:space="preserve">; Master i </w:t>
      </w:r>
      <w:proofErr w:type="spellStart"/>
      <w:r w:rsidRPr="00D346EC">
        <w:rPr>
          <w:rFonts w:ascii="Times New Roman" w:hAnsi="Times New Roman" w:cs="Times New Roman"/>
        </w:rPr>
        <w:t>Shkencave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në</w:t>
      </w:r>
      <w:proofErr w:type="spellEnd"/>
      <w:r w:rsidRPr="00D346EC">
        <w:rPr>
          <w:rFonts w:ascii="Times New Roman" w:hAnsi="Times New Roman" w:cs="Times New Roman"/>
        </w:rPr>
        <w:t xml:space="preserve"> “</w:t>
      </w:r>
      <w:proofErr w:type="spellStart"/>
      <w:r w:rsidRPr="00D346EC">
        <w:rPr>
          <w:rFonts w:ascii="Times New Roman" w:hAnsi="Times New Roman" w:cs="Times New Roman"/>
        </w:rPr>
        <w:t>Menaxhim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Inxhinieri</w:t>
      </w:r>
      <w:proofErr w:type="spellEnd"/>
      <w:r w:rsidRPr="00D346EC">
        <w:rPr>
          <w:rFonts w:ascii="Times New Roman" w:hAnsi="Times New Roman" w:cs="Times New Roman"/>
        </w:rPr>
        <w:t>”</w:t>
      </w:r>
    </w:p>
    <w:p w:rsidR="00782258" w:rsidRPr="00D346EC" w:rsidRDefault="00782258" w:rsidP="00782258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Profesioni</w:t>
      </w:r>
      <w:proofErr w:type="spellEnd"/>
      <w:r w:rsidRPr="00D346EC">
        <w:rPr>
          <w:rFonts w:ascii="Times New Roman" w:hAnsi="Times New Roman" w:cs="Times New Roman"/>
          <w:b/>
        </w:rPr>
        <w:t xml:space="preserve">: </w:t>
      </w:r>
      <w:proofErr w:type="spellStart"/>
      <w:r w:rsidRPr="00D346EC">
        <w:rPr>
          <w:rFonts w:ascii="Times New Roman" w:hAnsi="Times New Roman" w:cs="Times New Roman"/>
        </w:rPr>
        <w:t>Inxhinier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Gjeodezi</w:t>
      </w:r>
      <w:proofErr w:type="spellEnd"/>
    </w:p>
    <w:p w:rsidR="00782258" w:rsidRPr="00D346EC" w:rsidRDefault="00782258" w:rsidP="00782258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Përvoja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profesionale</w:t>
      </w:r>
      <w:proofErr w:type="spellEnd"/>
      <w:r w:rsidRPr="00D346EC">
        <w:rPr>
          <w:rFonts w:ascii="Times New Roman" w:hAnsi="Times New Roman" w:cs="Times New Roman"/>
          <w:b/>
        </w:rPr>
        <w:t xml:space="preserve">: </w:t>
      </w:r>
      <w:r w:rsidR="009F1500" w:rsidRPr="00D346EC">
        <w:rPr>
          <w:rFonts w:ascii="Times New Roman" w:hAnsi="Times New Roman" w:cs="Times New Roman"/>
          <w:b/>
        </w:rPr>
        <w:t xml:space="preserve">12 </w:t>
      </w:r>
      <w:proofErr w:type="spellStart"/>
      <w:r w:rsidR="009F1500" w:rsidRPr="00D346EC">
        <w:rPr>
          <w:rFonts w:ascii="Times New Roman" w:hAnsi="Times New Roman" w:cs="Times New Roman"/>
          <w:b/>
        </w:rPr>
        <w:t>vite</w:t>
      </w:r>
      <w:proofErr w:type="spellEnd"/>
    </w:p>
    <w:p w:rsidR="00782258" w:rsidRPr="00D346EC" w:rsidRDefault="00782258" w:rsidP="00782258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Funksioni</w:t>
      </w:r>
      <w:proofErr w:type="spellEnd"/>
      <w:r w:rsidRPr="00D346EC">
        <w:rPr>
          <w:rFonts w:ascii="Times New Roman" w:hAnsi="Times New Roman" w:cs="Times New Roman"/>
          <w:b/>
        </w:rPr>
        <w:t xml:space="preserve">: </w:t>
      </w:r>
      <w:proofErr w:type="spellStart"/>
      <w:r w:rsidRPr="00D346EC">
        <w:rPr>
          <w:rFonts w:ascii="Times New Roman" w:hAnsi="Times New Roman" w:cs="Times New Roman"/>
          <w:bCs/>
        </w:rPr>
        <w:t>Kryetar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r w:rsidRPr="00D346EC">
        <w:rPr>
          <w:rFonts w:ascii="Times New Roman" w:hAnsi="Times New Roman" w:cs="Times New Roman"/>
        </w:rPr>
        <w:t xml:space="preserve">i </w:t>
      </w:r>
      <w:proofErr w:type="spellStart"/>
      <w:r w:rsidRPr="00D346EC">
        <w:rPr>
          <w:rFonts w:ascii="Times New Roman" w:hAnsi="Times New Roman" w:cs="Times New Roman"/>
        </w:rPr>
        <w:t>Këshillit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Bashkiak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Kolonjë</w:t>
      </w:r>
      <w:proofErr w:type="spellEnd"/>
      <w:r w:rsidRPr="00D346EC">
        <w:rPr>
          <w:rFonts w:ascii="Times New Roman" w:hAnsi="Times New Roman" w:cs="Times New Roman"/>
        </w:rPr>
        <w:t>.</w:t>
      </w:r>
    </w:p>
    <w:p w:rsidR="00782258" w:rsidRPr="00D346EC" w:rsidRDefault="00782258" w:rsidP="00782258">
      <w:pPr>
        <w:rPr>
          <w:rFonts w:ascii="Times New Roman" w:hAnsi="Times New Roman" w:cs="Times New Roman"/>
        </w:rPr>
      </w:pPr>
    </w:p>
    <w:p w:rsidR="00782258" w:rsidRPr="00D346EC" w:rsidRDefault="00782258" w:rsidP="00782258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Biografi</w:t>
      </w:r>
      <w:proofErr w:type="spellEnd"/>
      <w:r w:rsidRPr="00D346EC">
        <w:rPr>
          <w:rFonts w:ascii="Times New Roman" w:hAnsi="Times New Roman" w:cs="Times New Roman"/>
          <w:b/>
        </w:rPr>
        <w:t>:</w:t>
      </w:r>
    </w:p>
    <w:p w:rsidR="00782258" w:rsidRPr="00D346EC" w:rsidRDefault="00782258" w:rsidP="00BA75C9">
      <w:pPr>
        <w:jc w:val="both"/>
        <w:rPr>
          <w:rFonts w:ascii="Times New Roman" w:hAnsi="Times New Roman" w:cs="Times New Roman"/>
        </w:rPr>
      </w:pPr>
      <w:proofErr w:type="gramStart"/>
      <w:r w:rsidRPr="00D346EC">
        <w:rPr>
          <w:rFonts w:ascii="Times New Roman" w:hAnsi="Times New Roman" w:cs="Times New Roman"/>
        </w:rPr>
        <w:t xml:space="preserve">Z. </w:t>
      </w:r>
      <w:proofErr w:type="spellStart"/>
      <w:r w:rsidRPr="00D346EC">
        <w:rPr>
          <w:rFonts w:ascii="Times New Roman" w:hAnsi="Times New Roman" w:cs="Times New Roman"/>
          <w:b/>
        </w:rPr>
        <w:t>Eraldo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Xhelili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ka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lindur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më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r w:rsidRPr="00D346EC">
        <w:rPr>
          <w:rFonts w:ascii="Times New Roman" w:hAnsi="Times New Roman" w:cs="Times New Roman"/>
          <w:b/>
        </w:rPr>
        <w:t>17.03.1992</w:t>
      </w:r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Ersekë</w:t>
      </w:r>
      <w:proofErr w:type="spellEnd"/>
      <w:r w:rsidRPr="00D346EC">
        <w:rPr>
          <w:rFonts w:ascii="Times New Roman" w:hAnsi="Times New Roman" w:cs="Times New Roman"/>
        </w:rPr>
        <w:t>.</w:t>
      </w:r>
      <w:proofErr w:type="gramEnd"/>
      <w:r w:rsidRPr="00D346E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346EC">
        <w:rPr>
          <w:rFonts w:ascii="Times New Roman" w:hAnsi="Times New Roman" w:cs="Times New Roman"/>
        </w:rPr>
        <w:t>Ka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përfunduar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studimet</w:t>
      </w:r>
      <w:proofErr w:type="spellEnd"/>
      <w:r w:rsidRPr="00D346EC">
        <w:rPr>
          <w:rFonts w:ascii="Times New Roman" w:hAnsi="Times New Roman" w:cs="Times New Roman"/>
          <w:b/>
        </w:rPr>
        <w:t xml:space="preserve"> Bachelor </w:t>
      </w:r>
      <w:proofErr w:type="spellStart"/>
      <w:r w:rsidRPr="00D346EC">
        <w:rPr>
          <w:rFonts w:ascii="Times New Roman" w:hAnsi="Times New Roman" w:cs="Times New Roman"/>
          <w:b/>
        </w:rPr>
        <w:t>në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Inxhinieri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Gjeodezi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dhe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Masterin</w:t>
      </w:r>
      <w:proofErr w:type="spellEnd"/>
      <w:r w:rsidRPr="00D346EC">
        <w:rPr>
          <w:rFonts w:ascii="Times New Roman" w:hAnsi="Times New Roman" w:cs="Times New Roman"/>
          <w:b/>
        </w:rPr>
        <w:t xml:space="preserve"> e </w:t>
      </w:r>
      <w:proofErr w:type="spellStart"/>
      <w:r w:rsidRPr="00D346EC">
        <w:rPr>
          <w:rFonts w:ascii="Times New Roman" w:hAnsi="Times New Roman" w:cs="Times New Roman"/>
          <w:b/>
        </w:rPr>
        <w:t>Shkencave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në</w:t>
      </w:r>
      <w:proofErr w:type="spellEnd"/>
      <w:r w:rsidRPr="00D346EC">
        <w:rPr>
          <w:rFonts w:ascii="Times New Roman" w:hAnsi="Times New Roman" w:cs="Times New Roman"/>
          <w:b/>
        </w:rPr>
        <w:t xml:space="preserve"> “</w:t>
      </w:r>
      <w:proofErr w:type="spellStart"/>
      <w:r w:rsidRPr="00D346EC">
        <w:rPr>
          <w:rFonts w:ascii="Times New Roman" w:hAnsi="Times New Roman" w:cs="Times New Roman"/>
          <w:b/>
        </w:rPr>
        <w:t>Menaxhim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në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Inxhinieri</w:t>
      </w:r>
      <w:proofErr w:type="spellEnd"/>
      <w:r w:rsidRPr="00D346EC">
        <w:rPr>
          <w:rFonts w:ascii="Times New Roman" w:hAnsi="Times New Roman" w:cs="Times New Roman"/>
          <w:b/>
        </w:rPr>
        <w:t>”.</w:t>
      </w:r>
      <w:proofErr w:type="gramEnd"/>
      <w:r w:rsidRPr="00D346E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346EC">
        <w:rPr>
          <w:rFonts w:ascii="Times New Roman" w:hAnsi="Times New Roman" w:cs="Times New Roman"/>
        </w:rPr>
        <w:t>Ka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një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përvojë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profesionale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fushën</w:t>
      </w:r>
      <w:proofErr w:type="spellEnd"/>
      <w:r w:rsidRPr="00D346EC">
        <w:rPr>
          <w:rFonts w:ascii="Times New Roman" w:hAnsi="Times New Roman" w:cs="Times New Roman"/>
          <w:b/>
        </w:rPr>
        <w:t xml:space="preserve"> e </w:t>
      </w:r>
      <w:proofErr w:type="spellStart"/>
      <w:r w:rsidRPr="00D346EC">
        <w:rPr>
          <w:rFonts w:ascii="Times New Roman" w:hAnsi="Times New Roman" w:cs="Times New Roman"/>
          <w:b/>
        </w:rPr>
        <w:t>inxhinierisë</w:t>
      </w:r>
      <w:proofErr w:type="spellEnd"/>
      <w:r w:rsidRPr="00D346EC">
        <w:rPr>
          <w:rFonts w:ascii="Times New Roman" w:hAnsi="Times New Roman" w:cs="Times New Roman"/>
          <w:b/>
        </w:rPr>
        <w:t xml:space="preserve">, </w:t>
      </w:r>
      <w:proofErr w:type="spellStart"/>
      <w:r w:rsidRPr="00D346EC">
        <w:rPr>
          <w:rFonts w:ascii="Times New Roman" w:hAnsi="Times New Roman" w:cs="Times New Roman"/>
          <w:b/>
        </w:rPr>
        <w:t>shërbimeve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të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kadastrës</w:t>
      </w:r>
      <w:proofErr w:type="spellEnd"/>
      <w:r w:rsidRPr="00D346EC">
        <w:rPr>
          <w:rFonts w:ascii="Times New Roman" w:hAnsi="Times New Roman" w:cs="Times New Roman"/>
          <w:b/>
        </w:rPr>
        <w:t xml:space="preserve">, </w:t>
      </w:r>
      <w:proofErr w:type="spellStart"/>
      <w:r w:rsidRPr="00D346EC">
        <w:rPr>
          <w:rFonts w:ascii="Times New Roman" w:hAnsi="Times New Roman" w:cs="Times New Roman"/>
          <w:b/>
        </w:rPr>
        <w:t>menaxhimit</w:t>
      </w:r>
      <w:proofErr w:type="spellEnd"/>
      <w:r w:rsidRPr="00D346EC">
        <w:rPr>
          <w:rFonts w:ascii="Times New Roman" w:hAnsi="Times New Roman" w:cs="Times New Roman"/>
          <w:b/>
        </w:rPr>
        <w:t xml:space="preserve">, </w:t>
      </w:r>
      <w:proofErr w:type="spellStart"/>
      <w:r w:rsidRPr="00D346EC">
        <w:rPr>
          <w:rFonts w:ascii="Times New Roman" w:hAnsi="Times New Roman" w:cs="Times New Roman"/>
          <w:b/>
        </w:rPr>
        <w:t>administrimit</w:t>
      </w:r>
      <w:proofErr w:type="spellEnd"/>
      <w:r w:rsidRPr="00D346EC">
        <w:rPr>
          <w:rFonts w:ascii="Times New Roman" w:hAnsi="Times New Roman" w:cs="Times New Roman"/>
          <w:b/>
        </w:rPr>
        <w:t xml:space="preserve">, </w:t>
      </w:r>
      <w:proofErr w:type="spellStart"/>
      <w:r w:rsidRPr="00D346EC">
        <w:rPr>
          <w:rFonts w:ascii="Times New Roman" w:hAnsi="Times New Roman" w:cs="Times New Roman"/>
          <w:b/>
        </w:rPr>
        <w:t>si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dhe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në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sektorin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privat</w:t>
      </w:r>
      <w:proofErr w:type="spellEnd"/>
      <w:r w:rsidRPr="00D346EC">
        <w:rPr>
          <w:rFonts w:ascii="Times New Roman" w:hAnsi="Times New Roman" w:cs="Times New Roman"/>
          <w:b/>
        </w:rPr>
        <w:t>.</w:t>
      </w:r>
      <w:proofErr w:type="gramEnd"/>
      <w:r w:rsidRPr="00D346E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346EC">
        <w:rPr>
          <w:rFonts w:ascii="Times New Roman" w:hAnsi="Times New Roman" w:cs="Times New Roman"/>
        </w:rPr>
        <w:t>Aktualisht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është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Kryetar</w:t>
      </w:r>
      <w:proofErr w:type="spellEnd"/>
      <w:r w:rsidRPr="00D346EC">
        <w:rPr>
          <w:rFonts w:ascii="Times New Roman" w:hAnsi="Times New Roman" w:cs="Times New Roman"/>
          <w:b/>
        </w:rPr>
        <w:t xml:space="preserve"> i </w:t>
      </w:r>
      <w:proofErr w:type="spellStart"/>
      <w:r w:rsidRPr="00D346EC">
        <w:rPr>
          <w:rFonts w:ascii="Times New Roman" w:hAnsi="Times New Roman" w:cs="Times New Roman"/>
          <w:b/>
        </w:rPr>
        <w:t>Këshillit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Bashkiak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Kolonjë</w:t>
      </w:r>
      <w:proofErr w:type="spellEnd"/>
      <w:r w:rsidRPr="00D346EC">
        <w:rPr>
          <w:rFonts w:ascii="Times New Roman" w:hAnsi="Times New Roman" w:cs="Times New Roman"/>
          <w:b/>
        </w:rPr>
        <w:t>,</w:t>
      </w:r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ku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angazhohet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përfaqësimin</w:t>
      </w:r>
      <w:proofErr w:type="spellEnd"/>
      <w:r w:rsidRPr="00D346EC">
        <w:rPr>
          <w:rFonts w:ascii="Times New Roman" w:hAnsi="Times New Roman" w:cs="Times New Roman"/>
        </w:rPr>
        <w:t xml:space="preserve"> e </w:t>
      </w:r>
      <w:proofErr w:type="spellStart"/>
      <w:r w:rsidRPr="00D346EC">
        <w:rPr>
          <w:rFonts w:ascii="Times New Roman" w:hAnsi="Times New Roman" w:cs="Times New Roman"/>
        </w:rPr>
        <w:t>interesave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të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komunitetit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dhe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procesin</w:t>
      </w:r>
      <w:proofErr w:type="spellEnd"/>
      <w:r w:rsidRPr="00D346EC">
        <w:rPr>
          <w:rFonts w:ascii="Times New Roman" w:hAnsi="Times New Roman" w:cs="Times New Roman"/>
        </w:rPr>
        <w:t xml:space="preserve"> e </w:t>
      </w:r>
      <w:proofErr w:type="spellStart"/>
      <w:r w:rsidRPr="00D346EC">
        <w:rPr>
          <w:rFonts w:ascii="Times New Roman" w:hAnsi="Times New Roman" w:cs="Times New Roman"/>
        </w:rPr>
        <w:t>vendimmarrjes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vendore</w:t>
      </w:r>
      <w:proofErr w:type="spellEnd"/>
      <w:r w:rsidRPr="00D346EC">
        <w:rPr>
          <w:rFonts w:ascii="Times New Roman" w:hAnsi="Times New Roman" w:cs="Times New Roman"/>
        </w:rPr>
        <w:t>.</w:t>
      </w:r>
      <w:bookmarkEnd w:id="0"/>
      <w:proofErr w:type="gramEnd"/>
    </w:p>
    <w:p w:rsidR="00BA75C9" w:rsidRPr="00D346EC" w:rsidRDefault="00BA75C9" w:rsidP="00BA75C9">
      <w:pPr>
        <w:pStyle w:val="Heading1"/>
        <w:rPr>
          <w:rFonts w:ascii="Times New Roman" w:hAnsi="Times New Roman" w:cs="Times New Roman"/>
        </w:rPr>
      </w:pPr>
      <w:r w:rsidRPr="00D346EC">
        <w:rPr>
          <w:rFonts w:ascii="Times New Roman" w:hAnsi="Times New Roman" w:cs="Times New Roman"/>
        </w:rPr>
        <w:t>BIOGRAFI E SHKURTËR</w:t>
      </w:r>
    </w:p>
    <w:p w:rsidR="00BA75C9" w:rsidRPr="00D346EC" w:rsidRDefault="00BA75C9" w:rsidP="00BA75C9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Emri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dhe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Mbiemri</w:t>
      </w:r>
      <w:proofErr w:type="spellEnd"/>
      <w:r w:rsidRPr="00D346EC">
        <w:rPr>
          <w:rFonts w:ascii="Times New Roman" w:hAnsi="Times New Roman" w:cs="Times New Roman"/>
          <w:b/>
        </w:rPr>
        <w:t xml:space="preserve">: </w:t>
      </w:r>
      <w:proofErr w:type="spellStart"/>
      <w:r w:rsidRPr="00D346EC">
        <w:rPr>
          <w:rFonts w:ascii="Times New Roman" w:hAnsi="Times New Roman" w:cs="Times New Roman"/>
        </w:rPr>
        <w:t>Soelto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Larti</w:t>
      </w:r>
      <w:proofErr w:type="spellEnd"/>
    </w:p>
    <w:p w:rsidR="00BA75C9" w:rsidRPr="00D346EC" w:rsidRDefault="00BA75C9" w:rsidP="00BA75C9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Datëlindja</w:t>
      </w:r>
      <w:proofErr w:type="spellEnd"/>
      <w:r w:rsidRPr="00D346EC">
        <w:rPr>
          <w:rFonts w:ascii="Times New Roman" w:hAnsi="Times New Roman" w:cs="Times New Roman"/>
          <w:b/>
        </w:rPr>
        <w:t xml:space="preserve">: </w:t>
      </w:r>
      <w:r w:rsidRPr="00D346EC">
        <w:rPr>
          <w:rFonts w:ascii="Times New Roman" w:hAnsi="Times New Roman" w:cs="Times New Roman"/>
        </w:rPr>
        <w:t>24.07.1981</w:t>
      </w:r>
    </w:p>
    <w:p w:rsidR="00BA75C9" w:rsidRPr="00D346EC" w:rsidRDefault="00BA75C9" w:rsidP="00BA75C9">
      <w:pPr>
        <w:rPr>
          <w:rFonts w:ascii="Times New Roman" w:hAnsi="Times New Roman" w:cs="Times New Roman"/>
          <w:lang w:val="it-IT"/>
        </w:rPr>
      </w:pPr>
      <w:proofErr w:type="spellStart"/>
      <w:r w:rsidRPr="00D346EC">
        <w:rPr>
          <w:rFonts w:ascii="Times New Roman" w:hAnsi="Times New Roman" w:cs="Times New Roman"/>
          <w:b/>
        </w:rPr>
        <w:t>Arsimi</w:t>
      </w:r>
      <w:proofErr w:type="spellEnd"/>
      <w:r w:rsidRPr="00D346EC">
        <w:rPr>
          <w:rFonts w:ascii="Times New Roman" w:hAnsi="Times New Roman" w:cs="Times New Roman"/>
          <w:b/>
        </w:rPr>
        <w:t xml:space="preserve">: </w:t>
      </w:r>
      <w:r w:rsidRPr="00D346EC">
        <w:rPr>
          <w:rFonts w:ascii="Times New Roman" w:hAnsi="Times New Roman" w:cs="Times New Roman"/>
        </w:rPr>
        <w:t xml:space="preserve">I </w:t>
      </w:r>
      <w:proofErr w:type="spellStart"/>
      <w:r w:rsidRPr="00D346EC">
        <w:rPr>
          <w:rFonts w:ascii="Times New Roman" w:hAnsi="Times New Roman" w:cs="Times New Roman"/>
        </w:rPr>
        <w:t>Lartë</w:t>
      </w:r>
      <w:proofErr w:type="spellEnd"/>
    </w:p>
    <w:p w:rsidR="00BA75C9" w:rsidRPr="00D346EC" w:rsidRDefault="00BA75C9" w:rsidP="00BA75C9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Profesioni</w:t>
      </w:r>
      <w:proofErr w:type="spellEnd"/>
      <w:r w:rsidRPr="00D346EC">
        <w:rPr>
          <w:rFonts w:ascii="Times New Roman" w:hAnsi="Times New Roman" w:cs="Times New Roman"/>
          <w:b/>
        </w:rPr>
        <w:t xml:space="preserve">: </w:t>
      </w:r>
      <w:proofErr w:type="spellStart"/>
      <w:r w:rsidRPr="00D346EC">
        <w:rPr>
          <w:rFonts w:ascii="Times New Roman" w:hAnsi="Times New Roman" w:cs="Times New Roman"/>
        </w:rPr>
        <w:t>Mësues</w:t>
      </w:r>
      <w:proofErr w:type="spellEnd"/>
    </w:p>
    <w:p w:rsidR="00BA75C9" w:rsidRPr="00D346EC" w:rsidRDefault="00BA75C9" w:rsidP="00BA75C9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Përvoja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profesionale</w:t>
      </w:r>
      <w:proofErr w:type="spellEnd"/>
      <w:r w:rsidRPr="00D346EC">
        <w:rPr>
          <w:rFonts w:ascii="Times New Roman" w:hAnsi="Times New Roman" w:cs="Times New Roman"/>
          <w:b/>
        </w:rPr>
        <w:t xml:space="preserve">: 23 </w:t>
      </w:r>
      <w:proofErr w:type="spellStart"/>
      <w:r w:rsidRPr="00D346EC">
        <w:rPr>
          <w:rFonts w:ascii="Times New Roman" w:hAnsi="Times New Roman" w:cs="Times New Roman"/>
          <w:b/>
        </w:rPr>
        <w:t>vite</w:t>
      </w:r>
      <w:proofErr w:type="spellEnd"/>
    </w:p>
    <w:p w:rsidR="00BA75C9" w:rsidRPr="00D346EC" w:rsidRDefault="00BA75C9" w:rsidP="00BA75C9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Funksioni</w:t>
      </w:r>
      <w:proofErr w:type="spellEnd"/>
      <w:r w:rsidRPr="00D346EC">
        <w:rPr>
          <w:rFonts w:ascii="Times New Roman" w:hAnsi="Times New Roman" w:cs="Times New Roman"/>
        </w:rPr>
        <w:t xml:space="preserve">: </w:t>
      </w:r>
      <w:proofErr w:type="spellStart"/>
      <w:r w:rsidRPr="00D346EC">
        <w:rPr>
          <w:rFonts w:ascii="Times New Roman" w:hAnsi="Times New Roman" w:cs="Times New Roman"/>
        </w:rPr>
        <w:t>Zevendës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Cs/>
        </w:rPr>
        <w:t>Kryetar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r w:rsidRPr="00D346EC">
        <w:rPr>
          <w:rFonts w:ascii="Times New Roman" w:hAnsi="Times New Roman" w:cs="Times New Roman"/>
        </w:rPr>
        <w:t xml:space="preserve">i </w:t>
      </w:r>
      <w:proofErr w:type="spellStart"/>
      <w:r w:rsidRPr="00D346EC">
        <w:rPr>
          <w:rFonts w:ascii="Times New Roman" w:hAnsi="Times New Roman" w:cs="Times New Roman"/>
        </w:rPr>
        <w:t>Këshillit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Bashkiak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Kolonjë</w:t>
      </w:r>
      <w:proofErr w:type="spellEnd"/>
      <w:r w:rsidRPr="00D346EC">
        <w:rPr>
          <w:rFonts w:ascii="Times New Roman" w:hAnsi="Times New Roman" w:cs="Times New Roman"/>
        </w:rPr>
        <w:t>.</w:t>
      </w:r>
    </w:p>
    <w:p w:rsidR="00BA75C9" w:rsidRPr="00D346EC" w:rsidRDefault="00BA75C9" w:rsidP="00BA75C9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Biografi</w:t>
      </w:r>
      <w:proofErr w:type="spellEnd"/>
      <w:r w:rsidRPr="00D346EC">
        <w:rPr>
          <w:rFonts w:ascii="Times New Roman" w:hAnsi="Times New Roman" w:cs="Times New Roman"/>
          <w:b/>
        </w:rPr>
        <w:t>:</w:t>
      </w:r>
    </w:p>
    <w:p w:rsidR="00BA75C9" w:rsidRPr="00D346EC" w:rsidRDefault="00BA75C9" w:rsidP="00BA75C9">
      <w:pPr>
        <w:jc w:val="both"/>
        <w:rPr>
          <w:rFonts w:ascii="Times New Roman" w:hAnsi="Times New Roman" w:cs="Times New Roman"/>
        </w:rPr>
      </w:pPr>
      <w:proofErr w:type="gramStart"/>
      <w:r w:rsidRPr="00D346EC">
        <w:rPr>
          <w:rFonts w:ascii="Times New Roman" w:hAnsi="Times New Roman" w:cs="Times New Roman"/>
        </w:rPr>
        <w:t xml:space="preserve">Z. </w:t>
      </w:r>
      <w:proofErr w:type="spellStart"/>
      <w:r w:rsidRPr="00D346EC">
        <w:rPr>
          <w:rFonts w:ascii="Times New Roman" w:hAnsi="Times New Roman" w:cs="Times New Roman"/>
          <w:b/>
        </w:rPr>
        <w:t>Soelto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Larti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ka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lindur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më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r w:rsidRPr="00D346EC">
        <w:rPr>
          <w:rFonts w:ascii="Times New Roman" w:hAnsi="Times New Roman" w:cs="Times New Roman"/>
          <w:b/>
        </w:rPr>
        <w:t>24.07.1981</w:t>
      </w:r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Ersekë</w:t>
      </w:r>
      <w:proofErr w:type="spellEnd"/>
      <w:r w:rsidRPr="00D346EC">
        <w:rPr>
          <w:rFonts w:ascii="Times New Roman" w:hAnsi="Times New Roman" w:cs="Times New Roman"/>
        </w:rPr>
        <w:t>.</w:t>
      </w:r>
      <w:proofErr w:type="gramEnd"/>
      <w:r w:rsidRPr="00D346E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346EC">
        <w:rPr>
          <w:rFonts w:ascii="Times New Roman" w:hAnsi="Times New Roman" w:cs="Times New Roman"/>
        </w:rPr>
        <w:t>Ka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përfunduar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studimet</w:t>
      </w:r>
      <w:proofErr w:type="spellEnd"/>
      <w:r w:rsidRPr="00D346EC">
        <w:rPr>
          <w:rFonts w:ascii="Times New Roman" w:hAnsi="Times New Roman" w:cs="Times New Roman"/>
          <w:b/>
        </w:rPr>
        <w:t xml:space="preserve"> Bachelor </w:t>
      </w:r>
      <w:proofErr w:type="spellStart"/>
      <w:r w:rsidRPr="00D346EC">
        <w:rPr>
          <w:rFonts w:ascii="Times New Roman" w:hAnsi="Times New Roman" w:cs="Times New Roman"/>
          <w:b/>
        </w:rPr>
        <w:t>në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Universiteti</w:t>
      </w:r>
      <w:proofErr w:type="spellEnd"/>
      <w:r w:rsidRPr="00D346EC">
        <w:rPr>
          <w:rFonts w:ascii="Times New Roman" w:hAnsi="Times New Roman" w:cs="Times New Roman"/>
          <w:b/>
        </w:rPr>
        <w:t xml:space="preserve"> ‘’</w:t>
      </w:r>
      <w:proofErr w:type="spellStart"/>
      <w:r w:rsidRPr="00D346EC">
        <w:rPr>
          <w:rFonts w:ascii="Times New Roman" w:hAnsi="Times New Roman" w:cs="Times New Roman"/>
          <w:b/>
        </w:rPr>
        <w:t>Fan.S.Noli</w:t>
      </w:r>
      <w:proofErr w:type="spellEnd"/>
      <w:r w:rsidRPr="00D346EC">
        <w:rPr>
          <w:rFonts w:ascii="Times New Roman" w:hAnsi="Times New Roman" w:cs="Times New Roman"/>
          <w:b/>
        </w:rPr>
        <w:t xml:space="preserve">’’ </w:t>
      </w:r>
      <w:proofErr w:type="spellStart"/>
      <w:r w:rsidRPr="00D346EC">
        <w:rPr>
          <w:rFonts w:ascii="Times New Roman" w:hAnsi="Times New Roman" w:cs="Times New Roman"/>
          <w:b/>
        </w:rPr>
        <w:t>Fakulteti</w:t>
      </w:r>
      <w:proofErr w:type="spellEnd"/>
      <w:r w:rsidRPr="00D346EC">
        <w:rPr>
          <w:rFonts w:ascii="Times New Roman" w:hAnsi="Times New Roman" w:cs="Times New Roman"/>
          <w:b/>
        </w:rPr>
        <w:t xml:space="preserve"> i </w:t>
      </w:r>
      <w:proofErr w:type="spellStart"/>
      <w:r w:rsidRPr="00D346EC">
        <w:rPr>
          <w:rFonts w:ascii="Times New Roman" w:hAnsi="Times New Roman" w:cs="Times New Roman"/>
          <w:b/>
        </w:rPr>
        <w:t>Mësuesise</w:t>
      </w:r>
      <w:proofErr w:type="spellEnd"/>
      <w:r w:rsidRPr="00D346EC">
        <w:rPr>
          <w:rFonts w:ascii="Times New Roman" w:hAnsi="Times New Roman" w:cs="Times New Roman"/>
          <w:b/>
        </w:rPr>
        <w:t xml:space="preserve">, </w:t>
      </w:r>
      <w:proofErr w:type="spellStart"/>
      <w:r w:rsidRPr="00D346EC">
        <w:rPr>
          <w:rFonts w:ascii="Times New Roman" w:hAnsi="Times New Roman" w:cs="Times New Roman"/>
          <w:b/>
        </w:rPr>
        <w:t>Dega</w:t>
      </w:r>
      <w:proofErr w:type="spellEnd"/>
      <w:r w:rsidRPr="00D346EC">
        <w:rPr>
          <w:rFonts w:ascii="Times New Roman" w:hAnsi="Times New Roman" w:cs="Times New Roman"/>
          <w:b/>
        </w:rPr>
        <w:t xml:space="preserve"> e </w:t>
      </w:r>
      <w:proofErr w:type="spellStart"/>
      <w:r w:rsidRPr="00D346EC">
        <w:rPr>
          <w:rFonts w:ascii="Times New Roman" w:hAnsi="Times New Roman" w:cs="Times New Roman"/>
          <w:b/>
        </w:rPr>
        <w:t>Gjuhes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Angleze</w:t>
      </w:r>
      <w:proofErr w:type="spellEnd"/>
      <w:r w:rsidRPr="00D346EC">
        <w:rPr>
          <w:rFonts w:ascii="Times New Roman" w:hAnsi="Times New Roman" w:cs="Times New Roman"/>
          <w:b/>
        </w:rPr>
        <w:t xml:space="preserve">, </w:t>
      </w:r>
      <w:proofErr w:type="spellStart"/>
      <w:r w:rsidRPr="00D346EC">
        <w:rPr>
          <w:rFonts w:ascii="Times New Roman" w:hAnsi="Times New Roman" w:cs="Times New Roman"/>
          <w:b/>
        </w:rPr>
        <w:t>Titulli</w:t>
      </w:r>
      <w:proofErr w:type="spellEnd"/>
      <w:r w:rsidRPr="00D346EC">
        <w:rPr>
          <w:rFonts w:ascii="Times New Roman" w:hAnsi="Times New Roman" w:cs="Times New Roman"/>
          <w:b/>
        </w:rPr>
        <w:t xml:space="preserve"> “</w:t>
      </w:r>
      <w:proofErr w:type="spellStart"/>
      <w:r w:rsidRPr="00D346EC">
        <w:rPr>
          <w:rFonts w:ascii="Times New Roman" w:hAnsi="Times New Roman" w:cs="Times New Roman"/>
          <w:b/>
        </w:rPr>
        <w:t>Mesues</w:t>
      </w:r>
      <w:proofErr w:type="spellEnd"/>
      <w:r w:rsidRPr="00D346EC">
        <w:rPr>
          <w:rFonts w:ascii="Times New Roman" w:hAnsi="Times New Roman" w:cs="Times New Roman"/>
          <w:b/>
        </w:rPr>
        <w:t xml:space="preserve"> i </w:t>
      </w:r>
      <w:proofErr w:type="spellStart"/>
      <w:r w:rsidRPr="00D346EC">
        <w:rPr>
          <w:rFonts w:ascii="Times New Roman" w:hAnsi="Times New Roman" w:cs="Times New Roman"/>
          <w:b/>
        </w:rPr>
        <w:t>Gjuhes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Angleze”</w:t>
      </w:r>
      <w:r w:rsidRPr="00D346EC">
        <w:rPr>
          <w:rFonts w:ascii="Times New Roman" w:hAnsi="Times New Roman" w:cs="Times New Roman"/>
        </w:rPr>
        <w:t>Ka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një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përvojë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profesionale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Mësuesis</w:t>
      </w:r>
      <w:proofErr w:type="spellEnd"/>
      <w:r w:rsidRPr="00D346EC">
        <w:rPr>
          <w:rFonts w:ascii="Times New Roman" w:hAnsi="Times New Roman" w:cs="Times New Roman"/>
          <w:b/>
        </w:rPr>
        <w:t>.</w:t>
      </w:r>
      <w:proofErr w:type="gramEnd"/>
      <w:r w:rsidRPr="00D346E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346EC">
        <w:rPr>
          <w:rFonts w:ascii="Times New Roman" w:hAnsi="Times New Roman" w:cs="Times New Roman"/>
        </w:rPr>
        <w:t>Aktualisht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është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Zevendes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Kryetar</w:t>
      </w:r>
      <w:proofErr w:type="spellEnd"/>
      <w:r w:rsidRPr="00D346EC">
        <w:rPr>
          <w:rFonts w:ascii="Times New Roman" w:hAnsi="Times New Roman" w:cs="Times New Roman"/>
          <w:b/>
        </w:rPr>
        <w:t xml:space="preserve"> i </w:t>
      </w:r>
      <w:proofErr w:type="spellStart"/>
      <w:r w:rsidRPr="00D346EC">
        <w:rPr>
          <w:rFonts w:ascii="Times New Roman" w:hAnsi="Times New Roman" w:cs="Times New Roman"/>
          <w:b/>
        </w:rPr>
        <w:t>Këshillit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Bashkiak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Kolonjë</w:t>
      </w:r>
      <w:proofErr w:type="spellEnd"/>
      <w:r w:rsidRPr="00D346EC">
        <w:rPr>
          <w:rFonts w:ascii="Times New Roman" w:hAnsi="Times New Roman" w:cs="Times New Roman"/>
          <w:b/>
        </w:rPr>
        <w:t>,</w:t>
      </w:r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ku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angazhohet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përfaqësimin</w:t>
      </w:r>
      <w:proofErr w:type="spellEnd"/>
      <w:r w:rsidRPr="00D346EC">
        <w:rPr>
          <w:rFonts w:ascii="Times New Roman" w:hAnsi="Times New Roman" w:cs="Times New Roman"/>
        </w:rPr>
        <w:t xml:space="preserve"> e </w:t>
      </w:r>
      <w:proofErr w:type="spellStart"/>
      <w:r w:rsidRPr="00D346EC">
        <w:rPr>
          <w:rFonts w:ascii="Times New Roman" w:hAnsi="Times New Roman" w:cs="Times New Roman"/>
        </w:rPr>
        <w:t>interesave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të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komunitetit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dhe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procesin</w:t>
      </w:r>
      <w:proofErr w:type="spellEnd"/>
      <w:r w:rsidRPr="00D346EC">
        <w:rPr>
          <w:rFonts w:ascii="Times New Roman" w:hAnsi="Times New Roman" w:cs="Times New Roman"/>
        </w:rPr>
        <w:t xml:space="preserve"> e </w:t>
      </w:r>
      <w:proofErr w:type="spellStart"/>
      <w:r w:rsidRPr="00D346EC">
        <w:rPr>
          <w:rFonts w:ascii="Times New Roman" w:hAnsi="Times New Roman" w:cs="Times New Roman"/>
        </w:rPr>
        <w:t>vendimmarrjes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vendore</w:t>
      </w:r>
      <w:proofErr w:type="spellEnd"/>
      <w:r w:rsidRPr="00D346EC">
        <w:rPr>
          <w:rFonts w:ascii="Times New Roman" w:hAnsi="Times New Roman" w:cs="Times New Roman"/>
        </w:rPr>
        <w:t>.</w:t>
      </w:r>
      <w:proofErr w:type="gramEnd"/>
    </w:p>
    <w:p w:rsidR="00865998" w:rsidRPr="00D346EC" w:rsidRDefault="00865998" w:rsidP="00BA75C9">
      <w:pPr>
        <w:jc w:val="both"/>
        <w:rPr>
          <w:rFonts w:ascii="Times New Roman" w:hAnsi="Times New Roman" w:cs="Times New Roman"/>
        </w:rPr>
      </w:pPr>
    </w:p>
    <w:p w:rsidR="00865998" w:rsidRPr="00D346EC" w:rsidRDefault="00865998" w:rsidP="00865998">
      <w:pPr>
        <w:pStyle w:val="Heading1"/>
        <w:rPr>
          <w:rFonts w:ascii="Times New Roman" w:hAnsi="Times New Roman" w:cs="Times New Roman"/>
        </w:rPr>
      </w:pPr>
      <w:r w:rsidRPr="00D346EC">
        <w:rPr>
          <w:rFonts w:ascii="Times New Roman" w:hAnsi="Times New Roman" w:cs="Times New Roman"/>
        </w:rPr>
        <w:lastRenderedPageBreak/>
        <w:t>BIOGRAFI E SHKURTËR</w:t>
      </w:r>
    </w:p>
    <w:p w:rsidR="00865998" w:rsidRPr="00D346EC" w:rsidRDefault="00865998" w:rsidP="00865998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Emri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dhe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Mbiemri</w:t>
      </w:r>
      <w:proofErr w:type="spellEnd"/>
      <w:r w:rsidRPr="00D346EC">
        <w:rPr>
          <w:rFonts w:ascii="Times New Roman" w:hAnsi="Times New Roman" w:cs="Times New Roman"/>
          <w:b/>
        </w:rPr>
        <w:t xml:space="preserve">: </w:t>
      </w:r>
      <w:proofErr w:type="gramStart"/>
      <w:r w:rsidRPr="00D346EC">
        <w:rPr>
          <w:rFonts w:ascii="Times New Roman" w:hAnsi="Times New Roman" w:cs="Times New Roman"/>
        </w:rPr>
        <w:t xml:space="preserve">Pando  </w:t>
      </w:r>
      <w:proofErr w:type="spellStart"/>
      <w:r w:rsidRPr="00D346EC">
        <w:rPr>
          <w:rFonts w:ascii="Times New Roman" w:hAnsi="Times New Roman" w:cs="Times New Roman"/>
        </w:rPr>
        <w:t>Çunge</w:t>
      </w:r>
      <w:proofErr w:type="spellEnd"/>
      <w:proofErr w:type="gramEnd"/>
    </w:p>
    <w:p w:rsidR="00865998" w:rsidRPr="00D346EC" w:rsidRDefault="00865998" w:rsidP="00865998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Datëlindja</w:t>
      </w:r>
      <w:proofErr w:type="spellEnd"/>
      <w:r w:rsidRPr="00D346EC">
        <w:rPr>
          <w:rFonts w:ascii="Times New Roman" w:hAnsi="Times New Roman" w:cs="Times New Roman"/>
          <w:b/>
        </w:rPr>
        <w:t xml:space="preserve">:  </w:t>
      </w:r>
      <w:r w:rsidRPr="00D346EC">
        <w:rPr>
          <w:rFonts w:ascii="Times New Roman" w:hAnsi="Times New Roman" w:cs="Times New Roman"/>
        </w:rPr>
        <w:t>29.01.1994</w:t>
      </w:r>
    </w:p>
    <w:p w:rsidR="00865998" w:rsidRPr="00D346EC" w:rsidRDefault="00865998" w:rsidP="00865998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Arsimi</w:t>
      </w:r>
      <w:proofErr w:type="spellEnd"/>
      <w:r w:rsidRPr="00D346EC">
        <w:rPr>
          <w:rFonts w:ascii="Times New Roman" w:hAnsi="Times New Roman" w:cs="Times New Roman"/>
          <w:b/>
        </w:rPr>
        <w:t xml:space="preserve">: I </w:t>
      </w:r>
      <w:proofErr w:type="spellStart"/>
      <w:r w:rsidRPr="00D346EC">
        <w:rPr>
          <w:rFonts w:ascii="Times New Roman" w:hAnsi="Times New Roman" w:cs="Times New Roman"/>
        </w:rPr>
        <w:t>Larte</w:t>
      </w:r>
      <w:proofErr w:type="spellEnd"/>
    </w:p>
    <w:p w:rsidR="00865998" w:rsidRPr="00D346EC" w:rsidRDefault="00865998" w:rsidP="00865998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Profesioni</w:t>
      </w:r>
      <w:proofErr w:type="spellEnd"/>
      <w:r w:rsidRPr="00D346EC">
        <w:rPr>
          <w:rFonts w:ascii="Times New Roman" w:hAnsi="Times New Roman" w:cs="Times New Roman"/>
          <w:b/>
        </w:rPr>
        <w:t xml:space="preserve">: </w:t>
      </w:r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Infermieri</w:t>
      </w:r>
      <w:proofErr w:type="spellEnd"/>
      <w:r w:rsidRPr="00D346EC">
        <w:rPr>
          <w:rFonts w:ascii="Times New Roman" w:hAnsi="Times New Roman" w:cs="Times New Roman"/>
        </w:rPr>
        <w:t xml:space="preserve"> e </w:t>
      </w:r>
      <w:proofErr w:type="spellStart"/>
      <w:r w:rsidRPr="00D346EC">
        <w:rPr>
          <w:rFonts w:ascii="Times New Roman" w:hAnsi="Times New Roman" w:cs="Times New Roman"/>
        </w:rPr>
        <w:t>Pergjithshme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Baçelor+Master+Master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Menaxhim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Biznesi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Profili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Menaxhim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Shendetesor</w:t>
      </w:r>
      <w:proofErr w:type="spellEnd"/>
    </w:p>
    <w:p w:rsidR="00865998" w:rsidRPr="00D346EC" w:rsidRDefault="00865998" w:rsidP="00865998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Përvoja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profesionale</w:t>
      </w:r>
      <w:proofErr w:type="spellEnd"/>
      <w:r w:rsidRPr="00D346EC">
        <w:rPr>
          <w:rFonts w:ascii="Times New Roman" w:hAnsi="Times New Roman" w:cs="Times New Roman"/>
          <w:b/>
        </w:rPr>
        <w:t>:</w:t>
      </w:r>
      <w:r w:rsidRPr="00D346EC">
        <w:rPr>
          <w:rFonts w:ascii="Times New Roman" w:hAnsi="Times New Roman" w:cs="Times New Roman"/>
        </w:rPr>
        <w:t xml:space="preserve"> 10 </w:t>
      </w:r>
      <w:proofErr w:type="spellStart"/>
      <w:r w:rsidRPr="00D346EC">
        <w:rPr>
          <w:rFonts w:ascii="Times New Roman" w:hAnsi="Times New Roman" w:cs="Times New Roman"/>
        </w:rPr>
        <w:t>Vite</w:t>
      </w:r>
      <w:proofErr w:type="spellEnd"/>
      <w:r w:rsidRPr="00D346EC">
        <w:rPr>
          <w:rFonts w:ascii="Times New Roman" w:hAnsi="Times New Roman" w:cs="Times New Roman"/>
        </w:rPr>
        <w:t>.</w:t>
      </w:r>
    </w:p>
    <w:p w:rsidR="00865998" w:rsidRPr="00D346EC" w:rsidRDefault="00865998" w:rsidP="00865998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Funksioni</w:t>
      </w:r>
      <w:proofErr w:type="spellEnd"/>
      <w:r w:rsidRPr="00D346EC">
        <w:rPr>
          <w:rFonts w:ascii="Times New Roman" w:hAnsi="Times New Roman" w:cs="Times New Roman"/>
          <w:b/>
        </w:rPr>
        <w:t xml:space="preserve">: </w:t>
      </w:r>
      <w:proofErr w:type="spellStart"/>
      <w:r w:rsidR="00D346EC" w:rsidRPr="00D346EC">
        <w:rPr>
          <w:rFonts w:ascii="Times New Roman" w:hAnsi="Times New Roman" w:cs="Times New Roman"/>
        </w:rPr>
        <w:t>Këshilltar</w:t>
      </w:r>
      <w:proofErr w:type="spellEnd"/>
      <w:r w:rsidR="00D346EC" w:rsidRPr="00D346EC">
        <w:rPr>
          <w:rFonts w:ascii="Times New Roman" w:hAnsi="Times New Roman" w:cs="Times New Roman"/>
        </w:rPr>
        <w:t xml:space="preserve"> i</w:t>
      </w:r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Këshillit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Bashkiak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Kolonjë</w:t>
      </w:r>
      <w:proofErr w:type="spellEnd"/>
      <w:r w:rsidRPr="00D346EC">
        <w:rPr>
          <w:rFonts w:ascii="Times New Roman" w:hAnsi="Times New Roman" w:cs="Times New Roman"/>
        </w:rPr>
        <w:t>.</w:t>
      </w:r>
    </w:p>
    <w:p w:rsidR="00865998" w:rsidRPr="00D346EC" w:rsidRDefault="00865998" w:rsidP="00865998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Biografi</w:t>
      </w:r>
      <w:proofErr w:type="spellEnd"/>
      <w:r w:rsidRPr="00D346EC">
        <w:rPr>
          <w:rFonts w:ascii="Times New Roman" w:hAnsi="Times New Roman" w:cs="Times New Roman"/>
          <w:b/>
        </w:rPr>
        <w:t>:</w:t>
      </w:r>
    </w:p>
    <w:p w:rsidR="00865998" w:rsidRPr="00D346EC" w:rsidRDefault="00865998" w:rsidP="00D346EC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</w:rPr>
        <w:t>Z.</w:t>
      </w:r>
      <w:r w:rsidRPr="00D346EC">
        <w:rPr>
          <w:rFonts w:ascii="Times New Roman" w:hAnsi="Times New Roman" w:cs="Times New Roman"/>
          <w:b/>
        </w:rPr>
        <w:t>Pando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Çunge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="00D346EC" w:rsidRPr="00D346EC">
        <w:rPr>
          <w:rFonts w:ascii="Times New Roman" w:hAnsi="Times New Roman" w:cs="Times New Roman"/>
        </w:rPr>
        <w:t>ka</w:t>
      </w:r>
      <w:proofErr w:type="spellEnd"/>
      <w:r w:rsidR="00D346EC" w:rsidRPr="00D346EC">
        <w:rPr>
          <w:rFonts w:ascii="Times New Roman" w:hAnsi="Times New Roman" w:cs="Times New Roman"/>
        </w:rPr>
        <w:t xml:space="preserve"> </w:t>
      </w:r>
      <w:proofErr w:type="spellStart"/>
      <w:r w:rsidR="00D346EC" w:rsidRPr="00D346EC">
        <w:rPr>
          <w:rFonts w:ascii="Times New Roman" w:hAnsi="Times New Roman" w:cs="Times New Roman"/>
        </w:rPr>
        <w:t>lindur</w:t>
      </w:r>
      <w:proofErr w:type="spellEnd"/>
      <w:r w:rsidR="00D346EC" w:rsidRPr="00D346EC">
        <w:rPr>
          <w:rFonts w:ascii="Times New Roman" w:hAnsi="Times New Roman" w:cs="Times New Roman"/>
        </w:rPr>
        <w:t xml:space="preserve"> </w:t>
      </w:r>
      <w:proofErr w:type="spellStart"/>
      <w:r w:rsidR="00D346EC" w:rsidRPr="00D346EC">
        <w:rPr>
          <w:rFonts w:ascii="Times New Roman" w:hAnsi="Times New Roman" w:cs="Times New Roman"/>
        </w:rPr>
        <w:t>më</w:t>
      </w:r>
      <w:proofErr w:type="spellEnd"/>
      <w:r w:rsidR="00D346EC" w:rsidRPr="00D346EC">
        <w:rPr>
          <w:rFonts w:ascii="Times New Roman" w:hAnsi="Times New Roman" w:cs="Times New Roman"/>
        </w:rPr>
        <w:t xml:space="preserve"> </w:t>
      </w:r>
      <w:r w:rsidRPr="00D346EC">
        <w:rPr>
          <w:rFonts w:ascii="Times New Roman" w:hAnsi="Times New Roman" w:cs="Times New Roman"/>
          <w:b/>
        </w:rPr>
        <w:t>2</w:t>
      </w:r>
      <w:r w:rsidR="00D346EC" w:rsidRPr="00D346EC">
        <w:rPr>
          <w:rFonts w:ascii="Times New Roman" w:hAnsi="Times New Roman" w:cs="Times New Roman"/>
          <w:b/>
        </w:rPr>
        <w:t>9.01.</w:t>
      </w:r>
      <w:r w:rsidRPr="00D346EC">
        <w:rPr>
          <w:rFonts w:ascii="Times New Roman" w:hAnsi="Times New Roman" w:cs="Times New Roman"/>
          <w:b/>
        </w:rPr>
        <w:t xml:space="preserve">1994 </w:t>
      </w:r>
      <w:proofErr w:type="spellStart"/>
      <w:r w:rsidRPr="00D346EC">
        <w:rPr>
          <w:rFonts w:ascii="Times New Roman" w:hAnsi="Times New Roman" w:cs="Times New Roman"/>
        </w:rPr>
        <w:t>në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Ersek</w:t>
      </w:r>
      <w:r w:rsidRPr="00D346EC">
        <w:rPr>
          <w:rFonts w:ascii="Times New Roman" w:hAnsi="Times New Roman" w:cs="Times New Roman"/>
        </w:rPr>
        <w:t>e.Ka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përfunduar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studimet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346EC">
        <w:rPr>
          <w:rFonts w:ascii="Times New Roman" w:hAnsi="Times New Roman" w:cs="Times New Roman"/>
        </w:rPr>
        <w:t>në</w:t>
      </w:r>
      <w:proofErr w:type="spellEnd"/>
      <w:r w:rsidRPr="00D346EC">
        <w:rPr>
          <w:rFonts w:ascii="Times New Roman" w:hAnsi="Times New Roman" w:cs="Times New Roman"/>
        </w:rPr>
        <w:t xml:space="preserve">  </w:t>
      </w:r>
      <w:proofErr w:type="spellStart"/>
      <w:r w:rsidRPr="00D346EC">
        <w:rPr>
          <w:rFonts w:ascii="Times New Roman" w:hAnsi="Times New Roman" w:cs="Times New Roman"/>
          <w:b/>
        </w:rPr>
        <w:t>vitin</w:t>
      </w:r>
      <w:proofErr w:type="spellEnd"/>
      <w:proofErr w:type="gramEnd"/>
      <w:r w:rsidRPr="00D346EC">
        <w:rPr>
          <w:rFonts w:ascii="Times New Roman" w:hAnsi="Times New Roman" w:cs="Times New Roman"/>
          <w:b/>
        </w:rPr>
        <w:t xml:space="preserve"> 2015 </w:t>
      </w:r>
      <w:proofErr w:type="spellStart"/>
      <w:r w:rsidRPr="00D346EC">
        <w:rPr>
          <w:rFonts w:ascii="Times New Roman" w:hAnsi="Times New Roman" w:cs="Times New Roman"/>
          <w:b/>
        </w:rPr>
        <w:t>prane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Universitetit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Fan.S.Noli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Korçe</w:t>
      </w:r>
      <w:proofErr w:type="spellEnd"/>
      <w:r w:rsidRPr="00D346EC">
        <w:rPr>
          <w:rFonts w:ascii="Times New Roman" w:hAnsi="Times New Roman" w:cs="Times New Roman"/>
          <w:b/>
        </w:rPr>
        <w:t xml:space="preserve">  </w:t>
      </w:r>
      <w:proofErr w:type="spellStart"/>
      <w:r w:rsidRPr="00D346EC">
        <w:rPr>
          <w:rFonts w:ascii="Times New Roman" w:hAnsi="Times New Roman" w:cs="Times New Roman"/>
          <w:b/>
        </w:rPr>
        <w:t>dhe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ushtron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detyren</w:t>
      </w:r>
      <w:proofErr w:type="spellEnd"/>
      <w:r w:rsidRPr="00D346EC">
        <w:rPr>
          <w:rFonts w:ascii="Times New Roman" w:hAnsi="Times New Roman" w:cs="Times New Roman"/>
          <w:b/>
        </w:rPr>
        <w:t xml:space="preserve">  </w:t>
      </w:r>
      <w:proofErr w:type="spellStart"/>
      <w:r w:rsidRPr="00D346EC">
        <w:rPr>
          <w:rFonts w:ascii="Times New Roman" w:hAnsi="Times New Roman" w:cs="Times New Roman"/>
          <w:b/>
        </w:rPr>
        <w:t>Titullar</w:t>
      </w:r>
      <w:proofErr w:type="spellEnd"/>
      <w:r w:rsidRPr="00D346EC">
        <w:rPr>
          <w:rFonts w:ascii="Times New Roman" w:hAnsi="Times New Roman" w:cs="Times New Roman"/>
          <w:b/>
        </w:rPr>
        <w:t xml:space="preserve">  ne NJVKSH-</w:t>
      </w:r>
      <w:proofErr w:type="spellStart"/>
      <w:r w:rsidRPr="00D346EC">
        <w:rPr>
          <w:rFonts w:ascii="Times New Roman" w:hAnsi="Times New Roman" w:cs="Times New Roman"/>
          <w:b/>
        </w:rPr>
        <w:t>Kolonje</w:t>
      </w:r>
      <w:proofErr w:type="spellEnd"/>
      <w:r w:rsidRPr="00D346EC">
        <w:rPr>
          <w:rFonts w:ascii="Times New Roman" w:hAnsi="Times New Roman" w:cs="Times New Roman"/>
        </w:rPr>
        <w:t xml:space="preserve">. </w:t>
      </w:r>
      <w:proofErr w:type="spellStart"/>
      <w:r w:rsidRPr="00D346EC">
        <w:rPr>
          <w:rFonts w:ascii="Times New Roman" w:hAnsi="Times New Roman" w:cs="Times New Roman"/>
        </w:rPr>
        <w:t>Ka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një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përvojë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profesionale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fushën</w:t>
      </w:r>
      <w:proofErr w:type="spellEnd"/>
      <w:r w:rsidRPr="00D346EC">
        <w:rPr>
          <w:rFonts w:ascii="Times New Roman" w:hAnsi="Times New Roman" w:cs="Times New Roman"/>
          <w:b/>
        </w:rPr>
        <w:t xml:space="preserve"> e </w:t>
      </w:r>
      <w:proofErr w:type="spellStart"/>
      <w:r w:rsidRPr="00D346EC">
        <w:rPr>
          <w:rFonts w:ascii="Times New Roman" w:hAnsi="Times New Roman" w:cs="Times New Roman"/>
          <w:b/>
        </w:rPr>
        <w:t>Shendetesise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Pr="00D346EC">
        <w:rPr>
          <w:rFonts w:ascii="Times New Roman" w:hAnsi="Times New Roman" w:cs="Times New Roman"/>
          <w:b/>
        </w:rPr>
        <w:t>dhe</w:t>
      </w:r>
      <w:proofErr w:type="spellEnd"/>
      <w:r w:rsidRPr="00D346EC">
        <w:rPr>
          <w:rFonts w:ascii="Times New Roman" w:hAnsi="Times New Roman" w:cs="Times New Roman"/>
          <w:b/>
        </w:rPr>
        <w:t xml:space="preserve">  </w:t>
      </w:r>
      <w:proofErr w:type="spellStart"/>
      <w:r w:rsidRPr="00D346EC">
        <w:rPr>
          <w:rFonts w:ascii="Times New Roman" w:hAnsi="Times New Roman" w:cs="Times New Roman"/>
          <w:b/>
        </w:rPr>
        <w:t>Pushtetit</w:t>
      </w:r>
      <w:proofErr w:type="spellEnd"/>
      <w:proofErr w:type="gramEnd"/>
      <w:r w:rsidRPr="00D346EC">
        <w:rPr>
          <w:rFonts w:ascii="Times New Roman" w:hAnsi="Times New Roman" w:cs="Times New Roman"/>
          <w:b/>
        </w:rPr>
        <w:t xml:space="preserve"> Vendor </w:t>
      </w:r>
      <w:proofErr w:type="spellStart"/>
      <w:r w:rsidRPr="00D346EC">
        <w:rPr>
          <w:rFonts w:ascii="Times New Roman" w:hAnsi="Times New Roman" w:cs="Times New Roman"/>
          <w:b/>
        </w:rPr>
        <w:t>si</w:t>
      </w:r>
      <w:proofErr w:type="spellEnd"/>
      <w:r w:rsidRPr="00D346EC">
        <w:rPr>
          <w:rFonts w:ascii="Times New Roman" w:hAnsi="Times New Roman" w:cs="Times New Roman"/>
          <w:b/>
        </w:rPr>
        <w:t xml:space="preserve"> Administrator </w:t>
      </w:r>
      <w:proofErr w:type="spellStart"/>
      <w:r w:rsidRPr="00D346EC">
        <w:rPr>
          <w:rFonts w:ascii="Times New Roman" w:hAnsi="Times New Roman" w:cs="Times New Roman"/>
          <w:b/>
        </w:rPr>
        <w:t>prane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Njesise</w:t>
      </w:r>
      <w:proofErr w:type="spellEnd"/>
      <w:r w:rsidRPr="00D346EC">
        <w:rPr>
          <w:rFonts w:ascii="Times New Roman" w:hAnsi="Times New Roman" w:cs="Times New Roman"/>
          <w:b/>
        </w:rPr>
        <w:t xml:space="preserve"> administrative </w:t>
      </w:r>
      <w:proofErr w:type="spellStart"/>
      <w:r w:rsidRPr="00D346EC">
        <w:rPr>
          <w:rFonts w:ascii="Times New Roman" w:hAnsi="Times New Roman" w:cs="Times New Roman"/>
          <w:b/>
        </w:rPr>
        <w:t>Qender-Erseke</w:t>
      </w:r>
      <w:proofErr w:type="spellEnd"/>
      <w:r w:rsidRPr="00D346EC">
        <w:rPr>
          <w:rFonts w:ascii="Times New Roman" w:hAnsi="Times New Roman" w:cs="Times New Roman"/>
          <w:b/>
        </w:rPr>
        <w:t>.</w:t>
      </w:r>
      <w:r w:rsidRPr="00D346E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346EC">
        <w:rPr>
          <w:rFonts w:ascii="Times New Roman" w:hAnsi="Times New Roman" w:cs="Times New Roman"/>
        </w:rPr>
        <w:t>Aktualisht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është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="00D346EC" w:rsidRPr="00D346EC">
        <w:rPr>
          <w:rFonts w:ascii="Times New Roman" w:hAnsi="Times New Roman" w:cs="Times New Roman"/>
          <w:b/>
        </w:rPr>
        <w:t>anëtar</w:t>
      </w:r>
      <w:proofErr w:type="spellEnd"/>
      <w:r w:rsidR="00D346EC" w:rsidRPr="00D346EC">
        <w:rPr>
          <w:rFonts w:ascii="Times New Roman" w:hAnsi="Times New Roman" w:cs="Times New Roman"/>
          <w:b/>
        </w:rPr>
        <w:t xml:space="preserve"> i</w:t>
      </w:r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Këshillit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Bashkiak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Kolonjë</w:t>
      </w:r>
      <w:proofErr w:type="spellEnd"/>
      <w:r w:rsidRPr="00D346EC">
        <w:rPr>
          <w:rFonts w:ascii="Times New Roman" w:hAnsi="Times New Roman" w:cs="Times New Roman"/>
        </w:rPr>
        <w:t xml:space="preserve">, </w:t>
      </w:r>
      <w:proofErr w:type="spellStart"/>
      <w:r w:rsidRPr="00D346EC">
        <w:rPr>
          <w:rFonts w:ascii="Times New Roman" w:hAnsi="Times New Roman" w:cs="Times New Roman"/>
        </w:rPr>
        <w:t>ku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angazhohet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përfaqësimin</w:t>
      </w:r>
      <w:proofErr w:type="spellEnd"/>
      <w:r w:rsidRPr="00D346EC">
        <w:rPr>
          <w:rFonts w:ascii="Times New Roman" w:hAnsi="Times New Roman" w:cs="Times New Roman"/>
        </w:rPr>
        <w:t xml:space="preserve"> e </w:t>
      </w:r>
      <w:proofErr w:type="spellStart"/>
      <w:r w:rsidRPr="00D346EC">
        <w:rPr>
          <w:rFonts w:ascii="Times New Roman" w:hAnsi="Times New Roman" w:cs="Times New Roman"/>
        </w:rPr>
        <w:t>interesave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të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komunitetit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dhe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procesin</w:t>
      </w:r>
      <w:proofErr w:type="spellEnd"/>
      <w:r w:rsidRPr="00D346EC">
        <w:rPr>
          <w:rFonts w:ascii="Times New Roman" w:hAnsi="Times New Roman" w:cs="Times New Roman"/>
        </w:rPr>
        <w:t xml:space="preserve"> e </w:t>
      </w:r>
      <w:proofErr w:type="spellStart"/>
      <w:r w:rsidRPr="00D346EC">
        <w:rPr>
          <w:rFonts w:ascii="Times New Roman" w:hAnsi="Times New Roman" w:cs="Times New Roman"/>
        </w:rPr>
        <w:t>vendimmarrjes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vendore</w:t>
      </w:r>
      <w:proofErr w:type="spellEnd"/>
      <w:r w:rsidRPr="00D346EC">
        <w:rPr>
          <w:rFonts w:ascii="Times New Roman" w:hAnsi="Times New Roman" w:cs="Times New Roman"/>
        </w:rPr>
        <w:t>.</w:t>
      </w:r>
      <w:proofErr w:type="gramEnd"/>
    </w:p>
    <w:p w:rsidR="00D346EC" w:rsidRPr="00D346EC" w:rsidRDefault="00D346EC" w:rsidP="00D346EC">
      <w:pPr>
        <w:pStyle w:val="Heading1"/>
        <w:rPr>
          <w:rFonts w:ascii="Times New Roman" w:hAnsi="Times New Roman" w:cs="Times New Roman"/>
        </w:rPr>
      </w:pPr>
      <w:r w:rsidRPr="00D346EC">
        <w:rPr>
          <w:rFonts w:ascii="Times New Roman" w:hAnsi="Times New Roman" w:cs="Times New Roman"/>
        </w:rPr>
        <w:t>BIOGRAFI E SHKURTËR</w:t>
      </w:r>
    </w:p>
    <w:p w:rsidR="00D346EC" w:rsidRPr="00D346EC" w:rsidRDefault="00D346EC" w:rsidP="00D346EC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Emri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dhe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Mbiemri</w:t>
      </w:r>
      <w:proofErr w:type="spellEnd"/>
      <w:r w:rsidRPr="00D346EC">
        <w:rPr>
          <w:rFonts w:ascii="Times New Roman" w:hAnsi="Times New Roman" w:cs="Times New Roman"/>
          <w:b/>
        </w:rPr>
        <w:t xml:space="preserve">: </w:t>
      </w:r>
      <w:proofErr w:type="spellStart"/>
      <w:r>
        <w:rPr>
          <w:rFonts w:ascii="Times New Roman" w:hAnsi="Times New Roman" w:cs="Times New Roman"/>
        </w:rPr>
        <w:t>Elisabeta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Çikopana</w:t>
      </w:r>
      <w:proofErr w:type="spellEnd"/>
    </w:p>
    <w:p w:rsidR="00D346EC" w:rsidRPr="00D346EC" w:rsidRDefault="00D346EC" w:rsidP="00D346EC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Datëlindja</w:t>
      </w:r>
      <w:proofErr w:type="spellEnd"/>
      <w:r w:rsidRPr="00D346EC">
        <w:rPr>
          <w:rFonts w:ascii="Times New Roman" w:hAnsi="Times New Roman" w:cs="Times New Roman"/>
          <w:b/>
        </w:rPr>
        <w:t xml:space="preserve">:  </w:t>
      </w:r>
      <w:r>
        <w:rPr>
          <w:rFonts w:ascii="Times New Roman" w:hAnsi="Times New Roman" w:cs="Times New Roman"/>
        </w:rPr>
        <w:t>16.03.1995</w:t>
      </w:r>
    </w:p>
    <w:p w:rsidR="00D346EC" w:rsidRPr="00D346EC" w:rsidRDefault="00D346EC" w:rsidP="00D346EC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Arsimi</w:t>
      </w:r>
      <w:proofErr w:type="spellEnd"/>
      <w:r w:rsidRPr="00D346EC">
        <w:rPr>
          <w:rFonts w:ascii="Times New Roman" w:hAnsi="Times New Roman" w:cs="Times New Roman"/>
          <w:b/>
        </w:rPr>
        <w:t xml:space="preserve">: I </w:t>
      </w:r>
      <w:proofErr w:type="spellStart"/>
      <w:r w:rsidRPr="00D346EC">
        <w:rPr>
          <w:rFonts w:ascii="Times New Roman" w:hAnsi="Times New Roman" w:cs="Times New Roman"/>
        </w:rPr>
        <w:t>Larte</w:t>
      </w:r>
      <w:proofErr w:type="spellEnd"/>
    </w:p>
    <w:p w:rsidR="00D346EC" w:rsidRPr="00D346EC" w:rsidRDefault="00D346EC" w:rsidP="00D346EC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Profesioni</w:t>
      </w:r>
      <w:proofErr w:type="spellEnd"/>
      <w:r w:rsidRPr="00D346EC">
        <w:rPr>
          <w:rFonts w:ascii="Times New Roman" w:hAnsi="Times New Roman" w:cs="Times New Roman"/>
          <w:b/>
        </w:rPr>
        <w:t xml:space="preserve">: </w:t>
      </w:r>
      <w:r w:rsidRPr="00D346EC">
        <w:rPr>
          <w:rFonts w:ascii="Times New Roman" w:hAnsi="Times New Roman" w:cs="Times New Roman"/>
        </w:rPr>
        <w:t xml:space="preserve"> </w:t>
      </w:r>
      <w:proofErr w:type="spellStart"/>
      <w:r w:rsidR="004351F0">
        <w:rPr>
          <w:rFonts w:ascii="Times New Roman" w:hAnsi="Times New Roman" w:cs="Times New Roman"/>
        </w:rPr>
        <w:t>Sherbimi</w:t>
      </w:r>
      <w:proofErr w:type="spellEnd"/>
      <w:r w:rsidR="004351F0">
        <w:rPr>
          <w:rFonts w:ascii="Times New Roman" w:hAnsi="Times New Roman" w:cs="Times New Roman"/>
        </w:rPr>
        <w:t xml:space="preserve"> </w:t>
      </w:r>
      <w:proofErr w:type="spellStart"/>
      <w:r w:rsidR="004351F0">
        <w:rPr>
          <w:rFonts w:ascii="Times New Roman" w:hAnsi="Times New Roman" w:cs="Times New Roman"/>
        </w:rPr>
        <w:t>Socila</w:t>
      </w:r>
      <w:proofErr w:type="spellEnd"/>
    </w:p>
    <w:p w:rsidR="00D346EC" w:rsidRPr="00D346EC" w:rsidRDefault="00D346EC" w:rsidP="00D346EC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Përvoja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profesionale</w:t>
      </w:r>
      <w:proofErr w:type="spellEnd"/>
      <w:r w:rsidRPr="00D346EC">
        <w:rPr>
          <w:rFonts w:ascii="Times New Roman" w:hAnsi="Times New Roman" w:cs="Times New Roman"/>
          <w:b/>
        </w:rPr>
        <w:t>:</w:t>
      </w:r>
      <w:r w:rsidR="004351F0">
        <w:rPr>
          <w:rFonts w:ascii="Times New Roman" w:hAnsi="Times New Roman" w:cs="Times New Roman"/>
        </w:rPr>
        <w:t xml:space="preserve"> 9</w:t>
      </w:r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Vite</w:t>
      </w:r>
      <w:proofErr w:type="spellEnd"/>
      <w:r w:rsidRPr="00D346EC">
        <w:rPr>
          <w:rFonts w:ascii="Times New Roman" w:hAnsi="Times New Roman" w:cs="Times New Roman"/>
        </w:rPr>
        <w:t>.</w:t>
      </w:r>
    </w:p>
    <w:p w:rsidR="00D346EC" w:rsidRPr="00D346EC" w:rsidRDefault="00D346EC" w:rsidP="00D346EC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Funksioni</w:t>
      </w:r>
      <w:proofErr w:type="spellEnd"/>
      <w:r w:rsidRPr="00D346EC">
        <w:rPr>
          <w:rFonts w:ascii="Times New Roman" w:hAnsi="Times New Roman" w:cs="Times New Roman"/>
          <w:b/>
        </w:rPr>
        <w:t xml:space="preserve">: </w:t>
      </w:r>
      <w:proofErr w:type="spellStart"/>
      <w:r w:rsidRPr="00D346EC">
        <w:rPr>
          <w:rFonts w:ascii="Times New Roman" w:hAnsi="Times New Roman" w:cs="Times New Roman"/>
        </w:rPr>
        <w:t>Këshilltar</w:t>
      </w:r>
      <w:proofErr w:type="spellEnd"/>
      <w:r w:rsidRPr="00D346EC">
        <w:rPr>
          <w:rFonts w:ascii="Times New Roman" w:hAnsi="Times New Roman" w:cs="Times New Roman"/>
        </w:rPr>
        <w:t xml:space="preserve"> i </w:t>
      </w:r>
      <w:proofErr w:type="spellStart"/>
      <w:r w:rsidRPr="00D346EC">
        <w:rPr>
          <w:rFonts w:ascii="Times New Roman" w:hAnsi="Times New Roman" w:cs="Times New Roman"/>
        </w:rPr>
        <w:t>Këshillit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Bashkiak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Kolonjë</w:t>
      </w:r>
      <w:proofErr w:type="spellEnd"/>
      <w:r w:rsidRPr="00D346EC">
        <w:rPr>
          <w:rFonts w:ascii="Times New Roman" w:hAnsi="Times New Roman" w:cs="Times New Roman"/>
        </w:rPr>
        <w:t>.</w:t>
      </w:r>
    </w:p>
    <w:p w:rsidR="00D346EC" w:rsidRPr="00D346EC" w:rsidRDefault="00D346EC" w:rsidP="00D346EC">
      <w:pPr>
        <w:rPr>
          <w:rFonts w:ascii="Times New Roman" w:hAnsi="Times New Roman" w:cs="Times New Roman"/>
        </w:rPr>
      </w:pPr>
    </w:p>
    <w:p w:rsidR="00D346EC" w:rsidRPr="00D346EC" w:rsidRDefault="00D346EC" w:rsidP="00D346EC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  <w:b/>
        </w:rPr>
        <w:t>Biografi</w:t>
      </w:r>
      <w:proofErr w:type="spellEnd"/>
      <w:r w:rsidRPr="00D346EC">
        <w:rPr>
          <w:rFonts w:ascii="Times New Roman" w:hAnsi="Times New Roman" w:cs="Times New Roman"/>
          <w:b/>
        </w:rPr>
        <w:t>:</w:t>
      </w:r>
    </w:p>
    <w:p w:rsidR="00D346EC" w:rsidRDefault="00D346EC" w:rsidP="00D346EC">
      <w:pPr>
        <w:rPr>
          <w:rFonts w:ascii="Times New Roman" w:hAnsi="Times New Roman" w:cs="Times New Roman"/>
        </w:rPr>
      </w:pPr>
      <w:proofErr w:type="spellStart"/>
      <w:r w:rsidRPr="00D346EC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>nj</w:t>
      </w:r>
      <w:r w:rsidRPr="00D346E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/>
        </w:rPr>
        <w:t>Elisabeta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Çikopana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ka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lindur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më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  <w:b/>
        </w:rPr>
        <w:t xml:space="preserve">16.03.1995 </w:t>
      </w:r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në</w:t>
      </w:r>
      <w:proofErr w:type="spellEnd"/>
      <w:proofErr w:type="gram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Ersek</w:t>
      </w:r>
      <w:r w:rsidR="004351F0">
        <w:rPr>
          <w:rFonts w:ascii="Times New Roman" w:hAnsi="Times New Roman" w:cs="Times New Roman"/>
        </w:rPr>
        <w:t>e.Ka</w:t>
      </w:r>
      <w:proofErr w:type="spellEnd"/>
      <w:r w:rsidR="004351F0">
        <w:rPr>
          <w:rFonts w:ascii="Times New Roman" w:hAnsi="Times New Roman" w:cs="Times New Roman"/>
        </w:rPr>
        <w:t xml:space="preserve"> </w:t>
      </w:r>
      <w:proofErr w:type="spellStart"/>
      <w:r w:rsidR="004351F0">
        <w:rPr>
          <w:rFonts w:ascii="Times New Roman" w:hAnsi="Times New Roman" w:cs="Times New Roman"/>
        </w:rPr>
        <w:t>përfunduar</w:t>
      </w:r>
      <w:proofErr w:type="spellEnd"/>
      <w:r w:rsidR="004351F0">
        <w:rPr>
          <w:rFonts w:ascii="Times New Roman" w:hAnsi="Times New Roman" w:cs="Times New Roman"/>
        </w:rPr>
        <w:t xml:space="preserve"> </w:t>
      </w:r>
      <w:proofErr w:type="spellStart"/>
      <w:r w:rsidR="004351F0">
        <w:rPr>
          <w:rFonts w:ascii="Times New Roman" w:hAnsi="Times New Roman" w:cs="Times New Roman"/>
        </w:rPr>
        <w:t>studimet</w:t>
      </w:r>
      <w:proofErr w:type="spellEnd"/>
      <w:r w:rsidR="004351F0">
        <w:rPr>
          <w:rFonts w:ascii="Times New Roman" w:hAnsi="Times New Roman" w:cs="Times New Roman"/>
        </w:rPr>
        <w:t xml:space="preserve"> </w:t>
      </w:r>
      <w:proofErr w:type="spellStart"/>
      <w:r w:rsidR="004351F0">
        <w:rPr>
          <w:rFonts w:ascii="Times New Roman" w:hAnsi="Times New Roman" w:cs="Times New Roman"/>
          <w:b/>
        </w:rPr>
        <w:t>pran</w:t>
      </w:r>
      <w:proofErr w:type="spellEnd"/>
      <w:r w:rsidR="004351F0">
        <w:rPr>
          <w:rFonts w:ascii="Times New Roman" w:hAnsi="Times New Roman" w:cs="Times New Roman"/>
          <w:b/>
        </w:rPr>
        <w:t xml:space="preserve"> </w:t>
      </w:r>
      <w:proofErr w:type="spellStart"/>
      <w:r w:rsidR="004351F0">
        <w:rPr>
          <w:rFonts w:ascii="Times New Roman" w:hAnsi="Times New Roman" w:cs="Times New Roman"/>
          <w:b/>
        </w:rPr>
        <w:t>universitetit</w:t>
      </w:r>
      <w:proofErr w:type="spellEnd"/>
      <w:r w:rsidR="004351F0">
        <w:rPr>
          <w:rFonts w:ascii="Times New Roman" w:hAnsi="Times New Roman" w:cs="Times New Roman"/>
          <w:b/>
        </w:rPr>
        <w:t xml:space="preserve"> </w:t>
      </w:r>
      <w:proofErr w:type="spellStart"/>
      <w:r w:rsidR="004351F0" w:rsidRPr="00D346EC">
        <w:rPr>
          <w:rFonts w:ascii="Times New Roman" w:hAnsi="Times New Roman" w:cs="Times New Roman"/>
          <w:b/>
        </w:rPr>
        <w:t>prane</w:t>
      </w:r>
      <w:proofErr w:type="spellEnd"/>
      <w:r w:rsidR="004351F0"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="004351F0" w:rsidRPr="00D346EC">
        <w:rPr>
          <w:rFonts w:ascii="Times New Roman" w:hAnsi="Times New Roman" w:cs="Times New Roman"/>
          <w:b/>
        </w:rPr>
        <w:t>Universitetit</w:t>
      </w:r>
      <w:proofErr w:type="spellEnd"/>
      <w:r w:rsidR="004351F0"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="004351F0" w:rsidRPr="00D346EC">
        <w:rPr>
          <w:rFonts w:ascii="Times New Roman" w:hAnsi="Times New Roman" w:cs="Times New Roman"/>
          <w:b/>
        </w:rPr>
        <w:t>Fan.S.Noli</w:t>
      </w:r>
      <w:proofErr w:type="spellEnd"/>
      <w:r w:rsidR="004351F0"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="004351F0" w:rsidRPr="00D346EC">
        <w:rPr>
          <w:rFonts w:ascii="Times New Roman" w:hAnsi="Times New Roman" w:cs="Times New Roman"/>
          <w:b/>
        </w:rPr>
        <w:t>Korçe</w:t>
      </w:r>
      <w:proofErr w:type="spellEnd"/>
      <w:r w:rsidR="004351F0" w:rsidRPr="00D346EC">
        <w:rPr>
          <w:rFonts w:ascii="Times New Roman" w:hAnsi="Times New Roman" w:cs="Times New Roman"/>
          <w:b/>
        </w:rPr>
        <w:t xml:space="preserve">  </w:t>
      </w:r>
      <w:proofErr w:type="spellStart"/>
      <w:r w:rsidRPr="00D346EC">
        <w:rPr>
          <w:rFonts w:ascii="Times New Roman" w:hAnsi="Times New Roman" w:cs="Times New Roman"/>
        </w:rPr>
        <w:t>Ka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një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përvojë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profesionale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në</w:t>
      </w:r>
      <w:proofErr w:type="spellEnd"/>
      <w:r w:rsidR="004351F0">
        <w:rPr>
          <w:rFonts w:ascii="Times New Roman" w:hAnsi="Times New Roman" w:cs="Times New Roman"/>
          <w:b/>
        </w:rPr>
        <w:t xml:space="preserve"> </w:t>
      </w:r>
      <w:proofErr w:type="spellStart"/>
      <w:r w:rsidR="004351F0">
        <w:rPr>
          <w:rFonts w:ascii="Times New Roman" w:hAnsi="Times New Roman" w:cs="Times New Roman"/>
          <w:b/>
        </w:rPr>
        <w:t>Agjernt</w:t>
      </w:r>
      <w:proofErr w:type="spellEnd"/>
      <w:r w:rsidR="004351F0">
        <w:rPr>
          <w:rFonts w:ascii="Times New Roman" w:hAnsi="Times New Roman" w:cs="Times New Roman"/>
          <w:b/>
        </w:rPr>
        <w:t xml:space="preserve"> </w:t>
      </w:r>
      <w:proofErr w:type="spellStart"/>
      <w:r w:rsidR="004351F0">
        <w:rPr>
          <w:rFonts w:ascii="Times New Roman" w:hAnsi="Times New Roman" w:cs="Times New Roman"/>
          <w:b/>
        </w:rPr>
        <w:t>Shitjesh</w:t>
      </w:r>
      <w:proofErr w:type="spellEnd"/>
      <w:r w:rsidRPr="00D346EC">
        <w:rPr>
          <w:rFonts w:ascii="Times New Roman" w:hAnsi="Times New Roman" w:cs="Times New Roman"/>
          <w:b/>
        </w:rPr>
        <w:t>.</w:t>
      </w:r>
      <w:r w:rsidRPr="00D346E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346EC">
        <w:rPr>
          <w:rFonts w:ascii="Times New Roman" w:hAnsi="Times New Roman" w:cs="Times New Roman"/>
        </w:rPr>
        <w:t>Aktualisht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është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anëtar</w:t>
      </w:r>
      <w:proofErr w:type="spellEnd"/>
      <w:r w:rsidRPr="00D346EC">
        <w:rPr>
          <w:rFonts w:ascii="Times New Roman" w:hAnsi="Times New Roman" w:cs="Times New Roman"/>
          <w:b/>
        </w:rPr>
        <w:t xml:space="preserve"> i </w:t>
      </w:r>
      <w:proofErr w:type="spellStart"/>
      <w:r w:rsidRPr="00D346EC">
        <w:rPr>
          <w:rFonts w:ascii="Times New Roman" w:hAnsi="Times New Roman" w:cs="Times New Roman"/>
          <w:b/>
        </w:rPr>
        <w:t>Këshillit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Bashkiak</w:t>
      </w:r>
      <w:proofErr w:type="spellEnd"/>
      <w:r w:rsidRPr="00D346EC">
        <w:rPr>
          <w:rFonts w:ascii="Times New Roman" w:hAnsi="Times New Roman" w:cs="Times New Roman"/>
          <w:b/>
        </w:rPr>
        <w:t xml:space="preserve"> </w:t>
      </w:r>
      <w:proofErr w:type="spellStart"/>
      <w:r w:rsidRPr="00D346EC">
        <w:rPr>
          <w:rFonts w:ascii="Times New Roman" w:hAnsi="Times New Roman" w:cs="Times New Roman"/>
          <w:b/>
        </w:rPr>
        <w:t>Kolonjë</w:t>
      </w:r>
      <w:proofErr w:type="spellEnd"/>
      <w:r w:rsidRPr="00D346EC">
        <w:rPr>
          <w:rFonts w:ascii="Times New Roman" w:hAnsi="Times New Roman" w:cs="Times New Roman"/>
        </w:rPr>
        <w:t xml:space="preserve">, </w:t>
      </w:r>
      <w:proofErr w:type="spellStart"/>
      <w:r w:rsidRPr="00D346EC">
        <w:rPr>
          <w:rFonts w:ascii="Times New Roman" w:hAnsi="Times New Roman" w:cs="Times New Roman"/>
        </w:rPr>
        <w:t>ku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angazhohet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përfaqësimin</w:t>
      </w:r>
      <w:proofErr w:type="spellEnd"/>
      <w:r w:rsidRPr="00D346EC">
        <w:rPr>
          <w:rFonts w:ascii="Times New Roman" w:hAnsi="Times New Roman" w:cs="Times New Roman"/>
        </w:rPr>
        <w:t xml:space="preserve"> e </w:t>
      </w:r>
      <w:proofErr w:type="spellStart"/>
      <w:r w:rsidRPr="00D346EC">
        <w:rPr>
          <w:rFonts w:ascii="Times New Roman" w:hAnsi="Times New Roman" w:cs="Times New Roman"/>
        </w:rPr>
        <w:t>interesave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të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komunitetit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dhe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në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procesin</w:t>
      </w:r>
      <w:proofErr w:type="spellEnd"/>
      <w:r w:rsidRPr="00D346EC">
        <w:rPr>
          <w:rFonts w:ascii="Times New Roman" w:hAnsi="Times New Roman" w:cs="Times New Roman"/>
        </w:rPr>
        <w:t xml:space="preserve"> e </w:t>
      </w:r>
      <w:proofErr w:type="spellStart"/>
      <w:r w:rsidRPr="00D346EC">
        <w:rPr>
          <w:rFonts w:ascii="Times New Roman" w:hAnsi="Times New Roman" w:cs="Times New Roman"/>
        </w:rPr>
        <w:t>vendimmarrjes</w:t>
      </w:r>
      <w:proofErr w:type="spellEnd"/>
      <w:r w:rsidRPr="00D346EC">
        <w:rPr>
          <w:rFonts w:ascii="Times New Roman" w:hAnsi="Times New Roman" w:cs="Times New Roman"/>
        </w:rPr>
        <w:t xml:space="preserve"> </w:t>
      </w:r>
      <w:proofErr w:type="spellStart"/>
      <w:r w:rsidRPr="00D346EC">
        <w:rPr>
          <w:rFonts w:ascii="Times New Roman" w:hAnsi="Times New Roman" w:cs="Times New Roman"/>
        </w:rPr>
        <w:t>vendore</w:t>
      </w:r>
      <w:proofErr w:type="spellEnd"/>
      <w:r w:rsidRPr="00D346EC">
        <w:rPr>
          <w:rFonts w:ascii="Times New Roman" w:hAnsi="Times New Roman" w:cs="Times New Roman"/>
        </w:rPr>
        <w:t>.</w:t>
      </w:r>
      <w:proofErr w:type="gramEnd"/>
    </w:p>
    <w:p w:rsidR="004351F0" w:rsidRDefault="004351F0" w:rsidP="00D346EC">
      <w:pPr>
        <w:rPr>
          <w:rFonts w:ascii="Times New Roman" w:hAnsi="Times New Roman" w:cs="Times New Roman"/>
        </w:rPr>
      </w:pPr>
    </w:p>
    <w:p w:rsidR="004351F0" w:rsidRDefault="004351F0" w:rsidP="00D346EC">
      <w:pPr>
        <w:rPr>
          <w:rFonts w:ascii="Times New Roman" w:hAnsi="Times New Roman" w:cs="Times New Roman"/>
        </w:rPr>
      </w:pPr>
    </w:p>
    <w:p w:rsidR="004351F0" w:rsidRPr="00D346EC" w:rsidRDefault="004351F0" w:rsidP="004351F0">
      <w:pPr>
        <w:pStyle w:val="Heading1"/>
        <w:rPr>
          <w:rFonts w:ascii="Times New Roman" w:hAnsi="Times New Roman" w:cs="Times New Roman"/>
        </w:rPr>
      </w:pPr>
    </w:p>
    <w:p w:rsidR="00FC6EBE" w:rsidRPr="00FC6EBE" w:rsidRDefault="00FC6EBE" w:rsidP="004351F0">
      <w:pPr>
        <w:pStyle w:val="Heading1"/>
        <w:rPr>
          <w:rFonts w:ascii="Times New Roman" w:hAnsi="Times New Roman" w:cs="Times New Roman"/>
        </w:rPr>
      </w:pPr>
      <w:r w:rsidRPr="00FC6EBE">
        <w:rPr>
          <w:rFonts w:ascii="Times New Roman" w:hAnsi="Times New Roman" w:cs="Times New Roman"/>
        </w:rPr>
        <w:t>BIOGRAFI E SHKURTËR</w:t>
      </w:r>
    </w:p>
    <w:p w:rsidR="00FC6EBE" w:rsidRPr="00FC6EBE" w:rsidRDefault="00FC6EBE" w:rsidP="00FC6EBE">
      <w:pPr>
        <w:rPr>
          <w:rFonts w:ascii="Times New Roman" w:hAnsi="Times New Roman" w:cs="Times New Roman"/>
        </w:rPr>
      </w:pPr>
      <w:proofErr w:type="spellStart"/>
      <w:r w:rsidRPr="00FC6EBE">
        <w:rPr>
          <w:rFonts w:ascii="Times New Roman" w:hAnsi="Times New Roman" w:cs="Times New Roman"/>
        </w:rPr>
        <w:t>Emri</w:t>
      </w:r>
      <w:proofErr w:type="spellEnd"/>
      <w:r w:rsidRPr="00FC6EBE">
        <w:rPr>
          <w:rFonts w:ascii="Times New Roman" w:hAnsi="Times New Roman" w:cs="Times New Roman"/>
        </w:rPr>
        <w:t xml:space="preserve"> </w:t>
      </w:r>
      <w:proofErr w:type="spellStart"/>
      <w:r w:rsidRPr="00FC6EBE">
        <w:rPr>
          <w:rFonts w:ascii="Times New Roman" w:hAnsi="Times New Roman" w:cs="Times New Roman"/>
        </w:rPr>
        <w:t>dhe</w:t>
      </w:r>
      <w:proofErr w:type="spellEnd"/>
      <w:r w:rsidRPr="00FC6EBE">
        <w:rPr>
          <w:rFonts w:ascii="Times New Roman" w:hAnsi="Times New Roman" w:cs="Times New Roman"/>
        </w:rPr>
        <w:t xml:space="preserve"> </w:t>
      </w:r>
      <w:proofErr w:type="spellStart"/>
      <w:r w:rsidRPr="00FC6EBE">
        <w:rPr>
          <w:rFonts w:ascii="Times New Roman" w:hAnsi="Times New Roman" w:cs="Times New Roman"/>
        </w:rPr>
        <w:t>Mbiemri</w:t>
      </w:r>
      <w:proofErr w:type="spellEnd"/>
      <w:r w:rsidRPr="00FC6EBE">
        <w:rPr>
          <w:rFonts w:ascii="Times New Roman" w:hAnsi="Times New Roman" w:cs="Times New Roman"/>
        </w:rPr>
        <w:t xml:space="preserve">: </w:t>
      </w:r>
      <w:proofErr w:type="spellStart"/>
      <w:r w:rsidRPr="00FC6EBE">
        <w:rPr>
          <w:rFonts w:ascii="Times New Roman" w:hAnsi="Times New Roman" w:cs="Times New Roman"/>
        </w:rPr>
        <w:t>Hamet</w:t>
      </w:r>
      <w:proofErr w:type="spellEnd"/>
      <w:r w:rsidRPr="00FC6EBE">
        <w:rPr>
          <w:rFonts w:ascii="Times New Roman" w:hAnsi="Times New Roman" w:cs="Times New Roman"/>
        </w:rPr>
        <w:t xml:space="preserve"> </w:t>
      </w:r>
      <w:proofErr w:type="spellStart"/>
      <w:r w:rsidRPr="00FC6EBE">
        <w:rPr>
          <w:rFonts w:ascii="Times New Roman" w:hAnsi="Times New Roman" w:cs="Times New Roman"/>
        </w:rPr>
        <w:t>Iljazi</w:t>
      </w:r>
      <w:proofErr w:type="spellEnd"/>
    </w:p>
    <w:p w:rsidR="00FC6EBE" w:rsidRPr="00FC6EBE" w:rsidRDefault="00FC6EBE" w:rsidP="00FC6EBE">
      <w:pPr>
        <w:rPr>
          <w:rFonts w:ascii="Times New Roman" w:hAnsi="Times New Roman" w:cs="Times New Roman"/>
        </w:rPr>
      </w:pPr>
      <w:proofErr w:type="spellStart"/>
      <w:r w:rsidRPr="00FC6EBE">
        <w:rPr>
          <w:rFonts w:ascii="Times New Roman" w:hAnsi="Times New Roman" w:cs="Times New Roman"/>
        </w:rPr>
        <w:t>Datëlindja</w:t>
      </w:r>
      <w:proofErr w:type="spellEnd"/>
      <w:r w:rsidRPr="00FC6EBE">
        <w:rPr>
          <w:rFonts w:ascii="Times New Roman" w:hAnsi="Times New Roman" w:cs="Times New Roman"/>
        </w:rPr>
        <w:t>: 05.11.1983</w:t>
      </w:r>
    </w:p>
    <w:p w:rsidR="00FC6EBE" w:rsidRPr="00FC6EBE" w:rsidRDefault="00FC6EBE" w:rsidP="00FC6EBE">
      <w:pPr>
        <w:rPr>
          <w:rFonts w:ascii="Times New Roman" w:hAnsi="Times New Roman" w:cs="Times New Roman"/>
        </w:rPr>
      </w:pPr>
      <w:proofErr w:type="spellStart"/>
      <w:r w:rsidRPr="00FC6EBE">
        <w:rPr>
          <w:rFonts w:ascii="Times New Roman" w:hAnsi="Times New Roman" w:cs="Times New Roman"/>
        </w:rPr>
        <w:t>Arsimi</w:t>
      </w:r>
      <w:proofErr w:type="spellEnd"/>
      <w:r w:rsidRPr="00FC6EBE">
        <w:rPr>
          <w:rFonts w:ascii="Times New Roman" w:hAnsi="Times New Roman" w:cs="Times New Roman"/>
        </w:rPr>
        <w:t xml:space="preserve">: I </w:t>
      </w:r>
      <w:proofErr w:type="spellStart"/>
      <w:r w:rsidRPr="00FC6EBE">
        <w:rPr>
          <w:rFonts w:ascii="Times New Roman" w:hAnsi="Times New Roman" w:cs="Times New Roman"/>
        </w:rPr>
        <w:t>mesëm</w:t>
      </w:r>
      <w:proofErr w:type="spellEnd"/>
      <w:r w:rsidRPr="00FC6EBE">
        <w:rPr>
          <w:rFonts w:ascii="Times New Roman" w:hAnsi="Times New Roman" w:cs="Times New Roman"/>
        </w:rPr>
        <w:t xml:space="preserve"> + </w:t>
      </w:r>
      <w:proofErr w:type="spellStart"/>
      <w:r w:rsidRPr="00FC6EBE">
        <w:rPr>
          <w:rFonts w:ascii="Times New Roman" w:hAnsi="Times New Roman" w:cs="Times New Roman"/>
        </w:rPr>
        <w:t>Profesional</w:t>
      </w:r>
      <w:proofErr w:type="spellEnd"/>
    </w:p>
    <w:p w:rsidR="00FC6EBE" w:rsidRPr="00FC6EBE" w:rsidRDefault="00FC6EBE" w:rsidP="00FC6EBE">
      <w:pPr>
        <w:rPr>
          <w:rFonts w:ascii="Times New Roman" w:hAnsi="Times New Roman" w:cs="Times New Roman"/>
        </w:rPr>
      </w:pPr>
      <w:proofErr w:type="spellStart"/>
      <w:r w:rsidRPr="00FC6EBE">
        <w:rPr>
          <w:rFonts w:ascii="Times New Roman" w:hAnsi="Times New Roman" w:cs="Times New Roman"/>
        </w:rPr>
        <w:t>Profesioni</w:t>
      </w:r>
      <w:proofErr w:type="spellEnd"/>
      <w:r w:rsidRPr="00FC6EBE">
        <w:rPr>
          <w:rFonts w:ascii="Times New Roman" w:hAnsi="Times New Roman" w:cs="Times New Roman"/>
        </w:rPr>
        <w:t xml:space="preserve">: </w:t>
      </w:r>
      <w:proofErr w:type="spellStart"/>
      <w:r w:rsidRPr="00FC6EBE">
        <w:rPr>
          <w:rFonts w:ascii="Times New Roman" w:hAnsi="Times New Roman" w:cs="Times New Roman"/>
        </w:rPr>
        <w:t>Mekanik</w:t>
      </w:r>
      <w:proofErr w:type="spellEnd"/>
    </w:p>
    <w:p w:rsidR="00FC6EBE" w:rsidRPr="00FC6EBE" w:rsidRDefault="00FC6EBE" w:rsidP="00FC6EBE">
      <w:pPr>
        <w:rPr>
          <w:rFonts w:ascii="Times New Roman" w:hAnsi="Times New Roman" w:cs="Times New Roman"/>
        </w:rPr>
      </w:pPr>
      <w:proofErr w:type="spellStart"/>
      <w:r w:rsidRPr="00FC6EBE">
        <w:rPr>
          <w:rFonts w:ascii="Times New Roman" w:hAnsi="Times New Roman" w:cs="Times New Roman"/>
        </w:rPr>
        <w:t>Përvoja</w:t>
      </w:r>
      <w:proofErr w:type="spellEnd"/>
      <w:r w:rsidRPr="00FC6EBE">
        <w:rPr>
          <w:rFonts w:ascii="Times New Roman" w:hAnsi="Times New Roman" w:cs="Times New Roman"/>
        </w:rPr>
        <w:t xml:space="preserve"> </w:t>
      </w:r>
      <w:proofErr w:type="spellStart"/>
      <w:r w:rsidRPr="00FC6EBE">
        <w:rPr>
          <w:rFonts w:ascii="Times New Roman" w:hAnsi="Times New Roman" w:cs="Times New Roman"/>
        </w:rPr>
        <w:t>profesionale</w:t>
      </w:r>
      <w:proofErr w:type="spellEnd"/>
      <w:r w:rsidRPr="00FC6EBE">
        <w:rPr>
          <w:rFonts w:ascii="Times New Roman" w:hAnsi="Times New Roman" w:cs="Times New Roman"/>
        </w:rPr>
        <w:t xml:space="preserve">: 25 </w:t>
      </w:r>
      <w:proofErr w:type="spellStart"/>
      <w:r w:rsidRPr="00FC6EBE">
        <w:rPr>
          <w:rFonts w:ascii="Times New Roman" w:hAnsi="Times New Roman" w:cs="Times New Roman"/>
        </w:rPr>
        <w:t>vjet</w:t>
      </w:r>
      <w:proofErr w:type="spellEnd"/>
    </w:p>
    <w:p w:rsidR="00FC6EBE" w:rsidRPr="00FC6EBE" w:rsidRDefault="004351F0" w:rsidP="00FC6EBE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Funksioni</w:t>
      </w:r>
      <w:proofErr w:type="spellEnd"/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Këshilltar</w:t>
      </w:r>
      <w:proofErr w:type="spellEnd"/>
      <w:r>
        <w:rPr>
          <w:rFonts w:ascii="Times New Roman" w:hAnsi="Times New Roman" w:cs="Times New Roman"/>
        </w:rPr>
        <w:t xml:space="preserve"> I </w:t>
      </w:r>
      <w:proofErr w:type="spellStart"/>
      <w:r w:rsidR="00FC6EBE" w:rsidRPr="00FC6EBE">
        <w:rPr>
          <w:rFonts w:ascii="Times New Roman" w:hAnsi="Times New Roman" w:cs="Times New Roman"/>
        </w:rPr>
        <w:t>Këshillit</w:t>
      </w:r>
      <w:proofErr w:type="spellEnd"/>
      <w:r w:rsidR="00FC6EBE" w:rsidRPr="00FC6EBE">
        <w:rPr>
          <w:rFonts w:ascii="Times New Roman" w:hAnsi="Times New Roman" w:cs="Times New Roman"/>
        </w:rPr>
        <w:t xml:space="preserve"> </w:t>
      </w:r>
      <w:proofErr w:type="spellStart"/>
      <w:r w:rsidR="00FC6EBE" w:rsidRPr="00FC6EBE">
        <w:rPr>
          <w:rFonts w:ascii="Times New Roman" w:hAnsi="Times New Roman" w:cs="Times New Roman"/>
        </w:rPr>
        <w:t>Bashkiak</w:t>
      </w:r>
      <w:proofErr w:type="spellEnd"/>
      <w:r w:rsidR="00FC6EBE" w:rsidRPr="00FC6EBE">
        <w:rPr>
          <w:rFonts w:ascii="Times New Roman" w:hAnsi="Times New Roman" w:cs="Times New Roman"/>
        </w:rPr>
        <w:t xml:space="preserve"> </w:t>
      </w:r>
      <w:proofErr w:type="spellStart"/>
      <w:r w:rsidR="00FC6EBE" w:rsidRPr="00FC6EBE">
        <w:rPr>
          <w:rFonts w:ascii="Times New Roman" w:hAnsi="Times New Roman" w:cs="Times New Roman"/>
        </w:rPr>
        <w:t>Kolonjë</w:t>
      </w:r>
      <w:proofErr w:type="spellEnd"/>
      <w:r w:rsidR="00FC6EBE" w:rsidRPr="00FC6EBE">
        <w:rPr>
          <w:rFonts w:ascii="Times New Roman" w:hAnsi="Times New Roman" w:cs="Times New Roman"/>
        </w:rPr>
        <w:t>.</w:t>
      </w:r>
    </w:p>
    <w:p w:rsidR="00FC6EBE" w:rsidRPr="00FC6EBE" w:rsidRDefault="00FC6EBE" w:rsidP="00FC6EBE">
      <w:pPr>
        <w:rPr>
          <w:rFonts w:ascii="Times New Roman" w:hAnsi="Times New Roman" w:cs="Times New Roman"/>
        </w:rPr>
      </w:pPr>
    </w:p>
    <w:p w:rsidR="00FC6EBE" w:rsidRPr="004351F0" w:rsidRDefault="00FC6EBE" w:rsidP="00FC6EBE">
      <w:pPr>
        <w:rPr>
          <w:rFonts w:ascii="Times New Roman" w:hAnsi="Times New Roman" w:cs="Times New Roman"/>
          <w:b/>
        </w:rPr>
      </w:pPr>
      <w:proofErr w:type="spellStart"/>
      <w:r w:rsidRPr="004351F0">
        <w:rPr>
          <w:rFonts w:ascii="Times New Roman" w:hAnsi="Times New Roman" w:cs="Times New Roman"/>
          <w:b/>
        </w:rPr>
        <w:t>Biografi</w:t>
      </w:r>
      <w:proofErr w:type="spellEnd"/>
      <w:r w:rsidRPr="004351F0">
        <w:rPr>
          <w:rFonts w:ascii="Times New Roman" w:hAnsi="Times New Roman" w:cs="Times New Roman"/>
          <w:b/>
        </w:rPr>
        <w:t>:</w:t>
      </w:r>
    </w:p>
    <w:p w:rsidR="00FC6EBE" w:rsidRPr="00FC6EBE" w:rsidRDefault="004351F0" w:rsidP="00FC6EBE">
      <w:pPr>
        <w:rPr>
          <w:rFonts w:ascii="Times New Roman" w:hAnsi="Times New Roman" w:cs="Times New Roman"/>
        </w:rPr>
      </w:pPr>
      <w:proofErr w:type="gramStart"/>
      <w:r w:rsidRPr="004351F0">
        <w:rPr>
          <w:rFonts w:ascii="Times New Roman" w:hAnsi="Times New Roman" w:cs="Times New Roman"/>
          <w:b/>
        </w:rPr>
        <w:t>Z</w:t>
      </w:r>
      <w:r w:rsidR="00FC6EBE" w:rsidRPr="004351F0">
        <w:rPr>
          <w:rFonts w:ascii="Times New Roman" w:hAnsi="Times New Roman" w:cs="Times New Roman"/>
          <w:b/>
        </w:rPr>
        <w:t xml:space="preserve">. </w:t>
      </w:r>
      <w:proofErr w:type="spellStart"/>
      <w:r w:rsidR="00FC6EBE" w:rsidRPr="004351F0">
        <w:rPr>
          <w:rFonts w:ascii="Times New Roman" w:hAnsi="Times New Roman" w:cs="Times New Roman"/>
          <w:b/>
        </w:rPr>
        <w:t>Hamet</w:t>
      </w:r>
      <w:proofErr w:type="spellEnd"/>
      <w:r w:rsidR="00FC6EBE" w:rsidRPr="004351F0">
        <w:rPr>
          <w:rFonts w:ascii="Times New Roman" w:hAnsi="Times New Roman" w:cs="Times New Roman"/>
          <w:b/>
        </w:rPr>
        <w:t xml:space="preserve"> </w:t>
      </w:r>
      <w:proofErr w:type="spellStart"/>
      <w:r w:rsidR="00FC6EBE" w:rsidRPr="004351F0">
        <w:rPr>
          <w:rFonts w:ascii="Times New Roman" w:hAnsi="Times New Roman" w:cs="Times New Roman"/>
          <w:b/>
        </w:rPr>
        <w:t>Iljazi</w:t>
      </w:r>
      <w:proofErr w:type="spellEnd"/>
      <w:r w:rsidR="00FC6EBE" w:rsidRPr="00FC6EBE">
        <w:rPr>
          <w:rFonts w:ascii="Times New Roman" w:hAnsi="Times New Roman" w:cs="Times New Roman"/>
        </w:rPr>
        <w:t xml:space="preserve"> </w:t>
      </w:r>
      <w:proofErr w:type="spellStart"/>
      <w:r w:rsidR="00FC6EBE" w:rsidRPr="00FC6EBE">
        <w:rPr>
          <w:rFonts w:ascii="Times New Roman" w:hAnsi="Times New Roman" w:cs="Times New Roman"/>
        </w:rPr>
        <w:t>ka</w:t>
      </w:r>
      <w:proofErr w:type="spellEnd"/>
      <w:r w:rsidR="00FC6EBE" w:rsidRPr="00FC6EBE">
        <w:rPr>
          <w:rFonts w:ascii="Times New Roman" w:hAnsi="Times New Roman" w:cs="Times New Roman"/>
        </w:rPr>
        <w:t xml:space="preserve"> </w:t>
      </w:r>
      <w:proofErr w:type="spellStart"/>
      <w:r w:rsidR="00FC6EBE" w:rsidRPr="00FC6EBE">
        <w:rPr>
          <w:rFonts w:ascii="Times New Roman" w:hAnsi="Times New Roman" w:cs="Times New Roman"/>
        </w:rPr>
        <w:t>lindur</w:t>
      </w:r>
      <w:proofErr w:type="spellEnd"/>
      <w:r w:rsidR="00FC6EBE" w:rsidRPr="00FC6EBE">
        <w:rPr>
          <w:rFonts w:ascii="Times New Roman" w:hAnsi="Times New Roman" w:cs="Times New Roman"/>
        </w:rPr>
        <w:t xml:space="preserve"> </w:t>
      </w:r>
      <w:proofErr w:type="spellStart"/>
      <w:r w:rsidR="00FC6EBE" w:rsidRPr="00FC6EBE">
        <w:rPr>
          <w:rFonts w:ascii="Times New Roman" w:hAnsi="Times New Roman" w:cs="Times New Roman"/>
        </w:rPr>
        <w:t>më</w:t>
      </w:r>
      <w:proofErr w:type="spellEnd"/>
      <w:r w:rsidR="00FC6EBE" w:rsidRPr="00FC6EBE">
        <w:rPr>
          <w:rFonts w:ascii="Times New Roman" w:hAnsi="Times New Roman" w:cs="Times New Roman"/>
        </w:rPr>
        <w:t xml:space="preserve"> </w:t>
      </w:r>
      <w:r w:rsidR="00FC6EBE" w:rsidRPr="004351F0">
        <w:rPr>
          <w:rFonts w:ascii="Times New Roman" w:hAnsi="Times New Roman" w:cs="Times New Roman"/>
          <w:b/>
        </w:rPr>
        <w:t>05.11.1983</w:t>
      </w:r>
      <w:r w:rsidR="00FC6EBE" w:rsidRPr="00FC6EBE">
        <w:rPr>
          <w:rFonts w:ascii="Times New Roman" w:hAnsi="Times New Roman" w:cs="Times New Roman"/>
        </w:rPr>
        <w:t xml:space="preserve"> </w:t>
      </w:r>
      <w:proofErr w:type="spellStart"/>
      <w:r w:rsidR="00FC6EBE" w:rsidRPr="00FC6EBE">
        <w:rPr>
          <w:rFonts w:ascii="Times New Roman" w:hAnsi="Times New Roman" w:cs="Times New Roman"/>
        </w:rPr>
        <w:t>në</w:t>
      </w:r>
      <w:proofErr w:type="spellEnd"/>
      <w:r w:rsidR="00FC6EBE" w:rsidRPr="00FC6EBE">
        <w:rPr>
          <w:rFonts w:ascii="Times New Roman" w:hAnsi="Times New Roman" w:cs="Times New Roman"/>
        </w:rPr>
        <w:t xml:space="preserve"> </w:t>
      </w:r>
      <w:proofErr w:type="spellStart"/>
      <w:r w:rsidR="00FC6EBE" w:rsidRPr="004351F0">
        <w:rPr>
          <w:rFonts w:ascii="Times New Roman" w:hAnsi="Times New Roman" w:cs="Times New Roman"/>
          <w:b/>
        </w:rPr>
        <w:t>Korҫë</w:t>
      </w:r>
      <w:proofErr w:type="spellEnd"/>
      <w:r w:rsidR="00FC6EBE" w:rsidRPr="00FC6EBE">
        <w:rPr>
          <w:rFonts w:ascii="Times New Roman" w:hAnsi="Times New Roman" w:cs="Times New Roman"/>
        </w:rPr>
        <w:t>.</w:t>
      </w:r>
      <w:proofErr w:type="gramEnd"/>
      <w:r w:rsidR="00FC6EBE" w:rsidRPr="00FC6EBE">
        <w:rPr>
          <w:rFonts w:ascii="Times New Roman" w:hAnsi="Times New Roman" w:cs="Times New Roman"/>
        </w:rPr>
        <w:t xml:space="preserve"> </w:t>
      </w:r>
      <w:proofErr w:type="spellStart"/>
      <w:r w:rsidR="00FC6EBE" w:rsidRPr="00FC6EBE">
        <w:rPr>
          <w:rFonts w:ascii="Times New Roman" w:hAnsi="Times New Roman" w:cs="Times New Roman"/>
        </w:rPr>
        <w:t>Ka</w:t>
      </w:r>
      <w:proofErr w:type="spellEnd"/>
      <w:r w:rsidR="00FC6EBE" w:rsidRPr="00FC6EBE">
        <w:rPr>
          <w:rFonts w:ascii="Times New Roman" w:hAnsi="Times New Roman" w:cs="Times New Roman"/>
        </w:rPr>
        <w:t xml:space="preserve"> </w:t>
      </w:r>
      <w:proofErr w:type="spellStart"/>
      <w:r w:rsidR="00FC6EBE" w:rsidRPr="00FC6EBE">
        <w:rPr>
          <w:rFonts w:ascii="Times New Roman" w:hAnsi="Times New Roman" w:cs="Times New Roman"/>
        </w:rPr>
        <w:t>përfunduar</w:t>
      </w:r>
      <w:proofErr w:type="spellEnd"/>
      <w:r w:rsidR="00FC6EBE" w:rsidRPr="00FC6EBE">
        <w:rPr>
          <w:rFonts w:ascii="Times New Roman" w:hAnsi="Times New Roman" w:cs="Times New Roman"/>
        </w:rPr>
        <w:t xml:space="preserve"> </w:t>
      </w:r>
      <w:proofErr w:type="spellStart"/>
      <w:r w:rsidR="00FC6EBE" w:rsidRPr="00FC6EBE">
        <w:rPr>
          <w:rFonts w:ascii="Times New Roman" w:hAnsi="Times New Roman" w:cs="Times New Roman"/>
        </w:rPr>
        <w:t>studimet</w:t>
      </w:r>
      <w:proofErr w:type="spellEnd"/>
      <w:r w:rsidR="00FC6EBE" w:rsidRPr="00FC6EBE">
        <w:rPr>
          <w:rFonts w:ascii="Times New Roman" w:hAnsi="Times New Roman" w:cs="Times New Roman"/>
        </w:rPr>
        <w:t xml:space="preserve"> </w:t>
      </w:r>
      <w:proofErr w:type="spellStart"/>
      <w:r w:rsidR="00FC6EBE" w:rsidRPr="00FC6EBE">
        <w:rPr>
          <w:rFonts w:ascii="Times New Roman" w:hAnsi="Times New Roman" w:cs="Times New Roman"/>
        </w:rPr>
        <w:t>në</w:t>
      </w:r>
      <w:proofErr w:type="spellEnd"/>
    </w:p>
    <w:p w:rsidR="00FC6EBE" w:rsidRPr="00FC6EBE" w:rsidRDefault="00FC6EBE" w:rsidP="00FC6EBE">
      <w:pPr>
        <w:rPr>
          <w:rFonts w:ascii="Times New Roman" w:hAnsi="Times New Roman" w:cs="Times New Roman"/>
        </w:rPr>
      </w:pPr>
      <w:proofErr w:type="spellStart"/>
      <w:proofErr w:type="gramStart"/>
      <w:r w:rsidRPr="004351F0">
        <w:rPr>
          <w:rFonts w:ascii="Times New Roman" w:hAnsi="Times New Roman" w:cs="Times New Roman"/>
          <w:b/>
        </w:rPr>
        <w:t>Shkollën</w:t>
      </w:r>
      <w:proofErr w:type="spellEnd"/>
      <w:r w:rsidRPr="004351F0">
        <w:rPr>
          <w:rFonts w:ascii="Times New Roman" w:hAnsi="Times New Roman" w:cs="Times New Roman"/>
          <w:b/>
        </w:rPr>
        <w:t xml:space="preserve"> e </w:t>
      </w:r>
      <w:proofErr w:type="spellStart"/>
      <w:r w:rsidRPr="004351F0">
        <w:rPr>
          <w:rFonts w:ascii="Times New Roman" w:hAnsi="Times New Roman" w:cs="Times New Roman"/>
          <w:b/>
        </w:rPr>
        <w:t>Mesme</w:t>
      </w:r>
      <w:proofErr w:type="spellEnd"/>
      <w:r w:rsidRPr="004351F0">
        <w:rPr>
          <w:rFonts w:ascii="Times New Roman" w:hAnsi="Times New Roman" w:cs="Times New Roman"/>
          <w:b/>
        </w:rPr>
        <w:t xml:space="preserve"> “Petro </w:t>
      </w:r>
      <w:proofErr w:type="spellStart"/>
      <w:r w:rsidRPr="004351F0">
        <w:rPr>
          <w:rFonts w:ascii="Times New Roman" w:hAnsi="Times New Roman" w:cs="Times New Roman"/>
          <w:b/>
        </w:rPr>
        <w:t>Nini</w:t>
      </w:r>
      <w:proofErr w:type="spellEnd"/>
      <w:r w:rsidRPr="004351F0">
        <w:rPr>
          <w:rFonts w:ascii="Times New Roman" w:hAnsi="Times New Roman" w:cs="Times New Roman"/>
          <w:b/>
        </w:rPr>
        <w:t xml:space="preserve"> </w:t>
      </w:r>
      <w:proofErr w:type="spellStart"/>
      <w:r w:rsidRPr="004351F0">
        <w:rPr>
          <w:rFonts w:ascii="Times New Roman" w:hAnsi="Times New Roman" w:cs="Times New Roman"/>
          <w:b/>
        </w:rPr>
        <w:t>Luarasi</w:t>
      </w:r>
      <w:proofErr w:type="spellEnd"/>
      <w:r w:rsidRPr="00FC6EBE">
        <w:rPr>
          <w:rFonts w:ascii="Times New Roman" w:hAnsi="Times New Roman" w:cs="Times New Roman"/>
        </w:rPr>
        <w:t xml:space="preserve">” </w:t>
      </w:r>
      <w:proofErr w:type="spellStart"/>
      <w:r w:rsidRPr="00FC6EBE">
        <w:rPr>
          <w:rFonts w:ascii="Times New Roman" w:hAnsi="Times New Roman" w:cs="Times New Roman"/>
        </w:rPr>
        <w:t>dhe</w:t>
      </w:r>
      <w:proofErr w:type="spellEnd"/>
      <w:r w:rsidRPr="00FC6EBE">
        <w:rPr>
          <w:rFonts w:ascii="Times New Roman" w:hAnsi="Times New Roman" w:cs="Times New Roman"/>
        </w:rPr>
        <w:t xml:space="preserve"> </w:t>
      </w:r>
      <w:proofErr w:type="spellStart"/>
      <w:r w:rsidRPr="00FC6EBE">
        <w:rPr>
          <w:rFonts w:ascii="Times New Roman" w:hAnsi="Times New Roman" w:cs="Times New Roman"/>
        </w:rPr>
        <w:t>ushtron</w:t>
      </w:r>
      <w:proofErr w:type="spellEnd"/>
      <w:r w:rsidRPr="00FC6EBE">
        <w:rPr>
          <w:rFonts w:ascii="Times New Roman" w:hAnsi="Times New Roman" w:cs="Times New Roman"/>
        </w:rPr>
        <w:t xml:space="preserve"> </w:t>
      </w:r>
      <w:proofErr w:type="spellStart"/>
      <w:r w:rsidRPr="00FC6EBE">
        <w:rPr>
          <w:rFonts w:ascii="Times New Roman" w:hAnsi="Times New Roman" w:cs="Times New Roman"/>
        </w:rPr>
        <w:t>profesionin</w:t>
      </w:r>
      <w:proofErr w:type="spellEnd"/>
      <w:r w:rsidRPr="00FC6EBE">
        <w:rPr>
          <w:rFonts w:ascii="Times New Roman" w:hAnsi="Times New Roman" w:cs="Times New Roman"/>
        </w:rPr>
        <w:t xml:space="preserve"> </w:t>
      </w:r>
      <w:proofErr w:type="spellStart"/>
      <w:r w:rsidRPr="004351F0">
        <w:rPr>
          <w:rFonts w:ascii="Times New Roman" w:hAnsi="Times New Roman" w:cs="Times New Roman"/>
          <w:b/>
        </w:rPr>
        <w:t>mekanik</w:t>
      </w:r>
      <w:proofErr w:type="spellEnd"/>
      <w:r w:rsidRPr="004351F0">
        <w:rPr>
          <w:rFonts w:ascii="Times New Roman" w:hAnsi="Times New Roman" w:cs="Times New Roman"/>
          <w:b/>
        </w:rPr>
        <w:t>.</w:t>
      </w:r>
      <w:proofErr w:type="gramEnd"/>
      <w:r w:rsidRPr="00FC6EBE">
        <w:rPr>
          <w:rFonts w:ascii="Times New Roman" w:hAnsi="Times New Roman" w:cs="Times New Roman"/>
        </w:rPr>
        <w:t xml:space="preserve"> </w:t>
      </w:r>
      <w:proofErr w:type="spellStart"/>
      <w:r w:rsidRPr="00FC6EBE">
        <w:rPr>
          <w:rFonts w:ascii="Times New Roman" w:hAnsi="Times New Roman" w:cs="Times New Roman"/>
        </w:rPr>
        <w:t>Ka</w:t>
      </w:r>
      <w:proofErr w:type="spellEnd"/>
      <w:r w:rsidRPr="00FC6EBE">
        <w:rPr>
          <w:rFonts w:ascii="Times New Roman" w:hAnsi="Times New Roman" w:cs="Times New Roman"/>
        </w:rPr>
        <w:t xml:space="preserve"> </w:t>
      </w:r>
      <w:proofErr w:type="spellStart"/>
      <w:r w:rsidRPr="00FC6EBE">
        <w:rPr>
          <w:rFonts w:ascii="Times New Roman" w:hAnsi="Times New Roman" w:cs="Times New Roman"/>
        </w:rPr>
        <w:t>një</w:t>
      </w:r>
      <w:proofErr w:type="spellEnd"/>
      <w:r w:rsidRPr="00FC6EBE">
        <w:rPr>
          <w:rFonts w:ascii="Times New Roman" w:hAnsi="Times New Roman" w:cs="Times New Roman"/>
        </w:rPr>
        <w:t xml:space="preserve"> </w:t>
      </w:r>
      <w:proofErr w:type="spellStart"/>
      <w:r w:rsidRPr="00FC6EBE">
        <w:rPr>
          <w:rFonts w:ascii="Times New Roman" w:hAnsi="Times New Roman" w:cs="Times New Roman"/>
        </w:rPr>
        <w:t>përvojë</w:t>
      </w:r>
      <w:proofErr w:type="spellEnd"/>
    </w:p>
    <w:p w:rsidR="00FC6EBE" w:rsidRPr="00FC6EBE" w:rsidRDefault="00FC6EBE" w:rsidP="00FC6EBE">
      <w:pPr>
        <w:rPr>
          <w:rFonts w:ascii="Times New Roman" w:hAnsi="Times New Roman" w:cs="Times New Roman"/>
        </w:rPr>
      </w:pPr>
      <w:proofErr w:type="spellStart"/>
      <w:proofErr w:type="gramStart"/>
      <w:r w:rsidRPr="00FC6EBE">
        <w:rPr>
          <w:rFonts w:ascii="Times New Roman" w:hAnsi="Times New Roman" w:cs="Times New Roman"/>
        </w:rPr>
        <w:t>profesionale</w:t>
      </w:r>
      <w:proofErr w:type="spellEnd"/>
      <w:proofErr w:type="gramEnd"/>
      <w:r w:rsidRPr="00FC6EBE">
        <w:rPr>
          <w:rFonts w:ascii="Times New Roman" w:hAnsi="Times New Roman" w:cs="Times New Roman"/>
        </w:rPr>
        <w:t xml:space="preserve"> </w:t>
      </w:r>
      <w:proofErr w:type="spellStart"/>
      <w:r w:rsidRPr="00FC6EBE">
        <w:rPr>
          <w:rFonts w:ascii="Times New Roman" w:hAnsi="Times New Roman" w:cs="Times New Roman"/>
        </w:rPr>
        <w:t>në</w:t>
      </w:r>
      <w:proofErr w:type="spellEnd"/>
      <w:r w:rsidRPr="00FC6EBE">
        <w:rPr>
          <w:rFonts w:ascii="Times New Roman" w:hAnsi="Times New Roman" w:cs="Times New Roman"/>
        </w:rPr>
        <w:t xml:space="preserve"> </w:t>
      </w:r>
      <w:proofErr w:type="spellStart"/>
      <w:r w:rsidRPr="00FC6EBE">
        <w:rPr>
          <w:rFonts w:ascii="Times New Roman" w:hAnsi="Times New Roman" w:cs="Times New Roman"/>
        </w:rPr>
        <w:t>fushën</w:t>
      </w:r>
      <w:proofErr w:type="spellEnd"/>
      <w:r w:rsidRPr="00FC6EBE">
        <w:rPr>
          <w:rFonts w:ascii="Times New Roman" w:hAnsi="Times New Roman" w:cs="Times New Roman"/>
        </w:rPr>
        <w:t xml:space="preserve"> </w:t>
      </w:r>
      <w:r w:rsidRPr="004351F0">
        <w:rPr>
          <w:rFonts w:ascii="Times New Roman" w:hAnsi="Times New Roman" w:cs="Times New Roman"/>
          <w:b/>
        </w:rPr>
        <w:t xml:space="preserve">e </w:t>
      </w:r>
      <w:proofErr w:type="spellStart"/>
      <w:r w:rsidRPr="004351F0">
        <w:rPr>
          <w:rFonts w:ascii="Times New Roman" w:hAnsi="Times New Roman" w:cs="Times New Roman"/>
          <w:b/>
        </w:rPr>
        <w:t>mekanikës</w:t>
      </w:r>
      <w:proofErr w:type="spellEnd"/>
      <w:r w:rsidR="004351F0">
        <w:rPr>
          <w:rFonts w:ascii="Times New Roman" w:hAnsi="Times New Roman" w:cs="Times New Roman"/>
        </w:rPr>
        <w:t xml:space="preserve">. </w:t>
      </w:r>
      <w:proofErr w:type="spellStart"/>
      <w:r w:rsidR="004351F0">
        <w:rPr>
          <w:rFonts w:ascii="Times New Roman" w:hAnsi="Times New Roman" w:cs="Times New Roman"/>
        </w:rPr>
        <w:t>Aktualisht</w:t>
      </w:r>
      <w:proofErr w:type="spellEnd"/>
      <w:r w:rsidR="004351F0">
        <w:rPr>
          <w:rFonts w:ascii="Times New Roman" w:hAnsi="Times New Roman" w:cs="Times New Roman"/>
        </w:rPr>
        <w:t xml:space="preserve"> </w:t>
      </w:r>
      <w:proofErr w:type="spellStart"/>
      <w:r w:rsidR="004351F0">
        <w:rPr>
          <w:rFonts w:ascii="Times New Roman" w:hAnsi="Times New Roman" w:cs="Times New Roman"/>
        </w:rPr>
        <w:t>është</w:t>
      </w:r>
      <w:proofErr w:type="spellEnd"/>
      <w:r w:rsidR="004351F0">
        <w:rPr>
          <w:rFonts w:ascii="Times New Roman" w:hAnsi="Times New Roman" w:cs="Times New Roman"/>
        </w:rPr>
        <w:t xml:space="preserve"> </w:t>
      </w:r>
      <w:proofErr w:type="spellStart"/>
      <w:r w:rsidR="004351F0">
        <w:rPr>
          <w:rFonts w:ascii="Times New Roman" w:hAnsi="Times New Roman" w:cs="Times New Roman"/>
        </w:rPr>
        <w:t>anëtar</w:t>
      </w:r>
      <w:proofErr w:type="spellEnd"/>
      <w:r w:rsidR="004351F0">
        <w:rPr>
          <w:rFonts w:ascii="Times New Roman" w:hAnsi="Times New Roman" w:cs="Times New Roman"/>
        </w:rPr>
        <w:t xml:space="preserve"> i</w:t>
      </w:r>
      <w:bookmarkStart w:id="1" w:name="_GoBack"/>
      <w:bookmarkEnd w:id="1"/>
      <w:r w:rsidRPr="00FC6EBE">
        <w:rPr>
          <w:rFonts w:ascii="Times New Roman" w:hAnsi="Times New Roman" w:cs="Times New Roman"/>
        </w:rPr>
        <w:t xml:space="preserve"> </w:t>
      </w:r>
      <w:proofErr w:type="spellStart"/>
      <w:r w:rsidRPr="00FC6EBE">
        <w:rPr>
          <w:rFonts w:ascii="Times New Roman" w:hAnsi="Times New Roman" w:cs="Times New Roman"/>
        </w:rPr>
        <w:t>Këshillit</w:t>
      </w:r>
      <w:proofErr w:type="spellEnd"/>
      <w:r w:rsidRPr="00FC6EBE">
        <w:rPr>
          <w:rFonts w:ascii="Times New Roman" w:hAnsi="Times New Roman" w:cs="Times New Roman"/>
        </w:rPr>
        <w:t xml:space="preserve"> </w:t>
      </w:r>
      <w:proofErr w:type="spellStart"/>
      <w:r w:rsidRPr="00FC6EBE">
        <w:rPr>
          <w:rFonts w:ascii="Times New Roman" w:hAnsi="Times New Roman" w:cs="Times New Roman"/>
        </w:rPr>
        <w:t>Bashkiak</w:t>
      </w:r>
      <w:proofErr w:type="spellEnd"/>
    </w:p>
    <w:p w:rsidR="00756BB9" w:rsidRPr="00756BB9" w:rsidRDefault="00FC6EBE" w:rsidP="00FC6EBE">
      <w:pPr>
        <w:rPr>
          <w:rFonts w:ascii="Times New Roman" w:hAnsi="Times New Roman" w:cs="Times New Roman"/>
        </w:rPr>
      </w:pPr>
      <w:proofErr w:type="spellStart"/>
      <w:r w:rsidRPr="00FC6EBE">
        <w:rPr>
          <w:rFonts w:ascii="Times New Roman" w:hAnsi="Times New Roman" w:cs="Times New Roman"/>
        </w:rPr>
        <w:t>Kolonjë</w:t>
      </w:r>
      <w:proofErr w:type="spellEnd"/>
      <w:r w:rsidRPr="00FC6EBE">
        <w:rPr>
          <w:rFonts w:ascii="Times New Roman" w:hAnsi="Times New Roman" w:cs="Times New Roman"/>
        </w:rPr>
        <w:t xml:space="preserve">, </w:t>
      </w:r>
      <w:proofErr w:type="spellStart"/>
      <w:r w:rsidRPr="00FC6EBE">
        <w:rPr>
          <w:rFonts w:ascii="Times New Roman" w:hAnsi="Times New Roman" w:cs="Times New Roman"/>
        </w:rPr>
        <w:t>ku</w:t>
      </w:r>
      <w:proofErr w:type="spellEnd"/>
      <w:r w:rsidRPr="00FC6EBE">
        <w:rPr>
          <w:rFonts w:ascii="Times New Roman" w:hAnsi="Times New Roman" w:cs="Times New Roman"/>
        </w:rPr>
        <w:t xml:space="preserve"> </w:t>
      </w:r>
      <w:proofErr w:type="spellStart"/>
      <w:r w:rsidRPr="00FC6EBE">
        <w:rPr>
          <w:rFonts w:ascii="Times New Roman" w:hAnsi="Times New Roman" w:cs="Times New Roman"/>
        </w:rPr>
        <w:t>angazhohet</w:t>
      </w:r>
      <w:proofErr w:type="spellEnd"/>
      <w:r w:rsidRPr="00FC6EBE">
        <w:rPr>
          <w:rFonts w:ascii="Times New Roman" w:hAnsi="Times New Roman" w:cs="Times New Roman"/>
        </w:rPr>
        <w:t xml:space="preserve"> </w:t>
      </w:r>
      <w:proofErr w:type="spellStart"/>
      <w:r w:rsidRPr="00FC6EBE">
        <w:rPr>
          <w:rFonts w:ascii="Times New Roman" w:hAnsi="Times New Roman" w:cs="Times New Roman"/>
        </w:rPr>
        <w:t>në</w:t>
      </w:r>
      <w:proofErr w:type="spellEnd"/>
      <w:r w:rsidRPr="00FC6EBE">
        <w:rPr>
          <w:rFonts w:ascii="Times New Roman" w:hAnsi="Times New Roman" w:cs="Times New Roman"/>
        </w:rPr>
        <w:t xml:space="preserve"> </w:t>
      </w:r>
      <w:proofErr w:type="spellStart"/>
      <w:r w:rsidRPr="00FC6EBE">
        <w:rPr>
          <w:rFonts w:ascii="Times New Roman" w:hAnsi="Times New Roman" w:cs="Times New Roman"/>
        </w:rPr>
        <w:t>përfaqësimin</w:t>
      </w:r>
      <w:proofErr w:type="spellEnd"/>
    </w:p>
    <w:sectPr w:rsidR="00756BB9" w:rsidRPr="00756BB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31F2"/>
    <w:rsid w:val="004351F0"/>
    <w:rsid w:val="005539FD"/>
    <w:rsid w:val="0060631D"/>
    <w:rsid w:val="007544BA"/>
    <w:rsid w:val="00756BB9"/>
    <w:rsid w:val="00782258"/>
    <w:rsid w:val="00865998"/>
    <w:rsid w:val="00871CFB"/>
    <w:rsid w:val="008B3AE5"/>
    <w:rsid w:val="009576F8"/>
    <w:rsid w:val="009F1500"/>
    <w:rsid w:val="009F5243"/>
    <w:rsid w:val="00AA1D8D"/>
    <w:rsid w:val="00B26B7A"/>
    <w:rsid w:val="00B47730"/>
    <w:rsid w:val="00BA75C9"/>
    <w:rsid w:val="00CB0664"/>
    <w:rsid w:val="00CB7F4A"/>
    <w:rsid w:val="00CC298B"/>
    <w:rsid w:val="00D346EC"/>
    <w:rsid w:val="00D5792D"/>
    <w:rsid w:val="00EE389B"/>
    <w:rsid w:val="00FC693F"/>
    <w:rsid w:val="00FC6EBE"/>
    <w:rsid w:val="00FE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166899-5B81-455E-9B8A-0BB7D47BA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8578</TotalTime>
  <Pages>7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PC</cp:lastModifiedBy>
  <cp:revision>17</cp:revision>
  <dcterms:created xsi:type="dcterms:W3CDTF">2026-08-28T07:07:00Z</dcterms:created>
  <dcterms:modified xsi:type="dcterms:W3CDTF">2026-09-15T08:53:00Z</dcterms:modified>
</cp:coreProperties>
</file>